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Calibri" w:hAnsi="Calibri" w:eastAsia="宋体"/>
          <w:b/>
          <w:sz w:val="32"/>
        </w:rPr>
        <w:t>電動モビリティ製品カタログ 2026</w:t>
      </w:r>
    </w:p>
    <w:p>
      <w:pPr>
        <w:pStyle w:val="Heading2"/>
      </w:pPr>
      <w:r>
        <w:rPr>
          <w:rFonts w:ascii="Calibri" w:hAnsi="Calibri" w:eastAsia="宋体"/>
          <w:b/>
          <w:sz w:val="26"/>
        </w:rPr>
        <w:t>CNVera</w:t>
      </w:r>
    </w:p>
    <w:p>
      <w:r>
        <w:rPr>
          <w:rFonts w:ascii="Calibri" w:hAnsi="Calibri" w:eastAsia="宋体"/>
          <w:b w:val="0"/>
          <w:sz w:val="21"/>
        </w:rPr>
        <w:t>CNVeraは中国・海南省海口市を拠点とする輸出業者です。工業製品分野では特殊潤滑剤を取り扱い、本カタログでご紹介するパーソナル電動モビリティ（電動ダートバイク、電動バイク、電動スクーター）もその一環として、レジャー、スポーツ、都市部での通勤向けにご提供しています。世界各地の販売代理店、小売業者、フリートバイヤーの皆様へ、輸出梱包、複数モデルの混載コンテナ輸送、書類サポートを含めて供給いたします。</w:t>
      </w:r>
    </w:p>
    <w:p>
      <w:pPr>
        <w:pStyle w:val="Heading2"/>
      </w:pPr>
      <w:r>
        <w:rPr>
          <w:rFonts w:ascii="Calibri" w:hAnsi="Calibri" w:eastAsia="宋体"/>
          <w:b/>
          <w:sz w:val="26"/>
        </w:rPr>
        <w:t>製品ラインナップ</w:t>
      </w:r>
    </w:p>
    <w:p>
      <w:pPr>
        <w:pStyle w:val="ListNumber"/>
      </w:pPr>
      <w:r>
        <w:rPr>
          <w:rFonts w:ascii="Calibri" w:hAnsi="Calibri" w:eastAsia="宋体"/>
          <w:b w:val="0"/>
          <w:sz w:val="21"/>
        </w:rPr>
        <w:t>電動ダートバイク：Wish 01 SE、Wish 01 EEC、Wish 01 mini、Wish 01 plus、Wish 01 pro</w:t>
      </w:r>
    </w:p>
    <w:p>
      <w:pPr>
        <w:pStyle w:val="ListNumber"/>
      </w:pPr>
      <w:r>
        <w:rPr>
          <w:rFonts w:ascii="Calibri" w:hAnsi="Calibri" w:eastAsia="宋体"/>
          <w:b w:val="0"/>
          <w:sz w:val="21"/>
        </w:rPr>
        <w:t>電動バイク：T01、T01 pro</w:t>
      </w:r>
    </w:p>
    <w:p>
      <w:pPr>
        <w:pStyle w:val="ListNumber"/>
      </w:pPr>
      <w:r>
        <w:rPr>
          <w:rFonts w:ascii="Calibri" w:hAnsi="Calibri" w:eastAsia="宋体"/>
          <w:b w:val="0"/>
          <w:sz w:val="21"/>
        </w:rPr>
        <w:t>電動スクーター：G2 MAX、G2 booster、M2 pro、G5</w:t>
      </w:r>
    </w:p>
    <w:p>
      <w:pPr>
        <w:pStyle w:val="ListNumber"/>
      </w:pPr>
      <w:r>
        <w:rPr>
          <w:rFonts w:ascii="Calibri" w:hAnsi="Calibri" w:eastAsia="宋体"/>
          <w:b w:val="0"/>
          <w:sz w:val="21"/>
        </w:rPr>
        <w:t>アクセサリー：Holder 01 ヒッチマウント式キャリアラック</w:t>
      </w:r>
    </w:p>
    <w:p>
      <w:pPr>
        <w:pStyle w:val="Heading2"/>
      </w:pPr>
      <w:r>
        <w:rPr>
          <w:rFonts w:ascii="Calibri" w:hAnsi="Calibri" w:eastAsia="宋体"/>
          <w:b/>
          <w:sz w:val="26"/>
        </w:rPr>
        <w:t>認証と品質</w:t>
      </w:r>
    </w:p>
    <w:p>
      <w:r>
        <w:rPr>
          <w:rFonts w:ascii="Calibri" w:hAnsi="Calibri" w:eastAsia="宋体"/>
          <w:b w:val="0"/>
          <w:sz w:val="21"/>
        </w:rPr>
        <w:t>本カタログの製品は、対象市場向けにCE、RoHS、FCCなどの要件で試験・認証を取得しており、SGSの試験レポートもご要望に応じてご提供いたします。本シリーズは40件を超える実用新案特許でカバーされています。輸出ご注文の際は、ご要望に応じて完全な書類一式をお付けいたします。</w:t>
      </w:r>
    </w:p>
    <w:p>
      <w:r>
        <w:rPr>
          <w:rFonts w:ascii="Calibri" w:hAnsi="Calibri" w:eastAsia="宋体"/>
          <w:b w:val="0"/>
          <w:sz w:val="21"/>
        </w:rPr>
        <w:t>以下の仕様はメーカーのデータシートに基づくもので、予告なく変更される場合があります。最新の価格、最小発注数量（MOQ）、OEMオプションについてはお問い合わせください。</w:t>
      </w:r>
    </w:p>
    <w:p>
      <w:pPr>
        <w:pStyle w:val="Heading1"/>
      </w:pPr>
      <w:r>
        <w:rPr>
          <w:rFonts w:ascii="Calibri" w:hAnsi="Calibri" w:eastAsia="宋体"/>
          <w:b/>
          <w:sz w:val="32"/>
        </w:rPr>
        <w:t>1. 電動ダートバイク</w:t>
      </w:r>
    </w:p>
    <w:p>
      <w:pPr>
        <w:pStyle w:val="Heading2"/>
      </w:pPr>
      <w:r>
        <w:rPr>
          <w:rFonts w:ascii="Calibri" w:hAnsi="Calibri" w:eastAsia="宋体"/>
          <w:b/>
          <w:sz w:val="26"/>
        </w:rPr>
        <w:t>Wish 01 SE</w:t>
      </w:r>
    </w:p>
    <w:p>
      <w:r>
        <w:rPr>
          <w:rFonts w:ascii="Calibri" w:hAnsi="Calibri" w:eastAsia="宋体"/>
          <w:b w:val="0"/>
          <w:sz w:val="21"/>
        </w:rPr>
        <w:t>オフロードレジャー走行向け電動ダートバイク。アルミニウム合金フレーム、前後油圧ブレーキを装備。</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モーター</w:t>
            </w:r>
          </w:p>
        </w:tc>
        <w:tc>
          <w:tcPr>
            <w:tcW w:type="dxa" w:w="5112"/>
          </w:tcPr>
          <w:p>
            <w:r/>
            <w:r>
              <w:rPr>
                <w:rFonts w:ascii="Calibri" w:hAnsi="Calibri" w:eastAsia="宋体"/>
                <w:b w:val="0"/>
                <w:sz w:val="16"/>
              </w:rPr>
              <w:t>2 kW（定格出力 1.2 kW）</w:t>
            </w:r>
          </w:p>
        </w:tc>
      </w:tr>
      <w:tr>
        <w:tc>
          <w:tcPr>
            <w:tcW w:type="dxa" w:w="5112"/>
          </w:tcPr>
          <w:p>
            <w:r/>
            <w:r>
              <w:rPr>
                <w:rFonts w:ascii="Calibri" w:hAnsi="Calibri" w:eastAsia="宋体"/>
                <w:b w:val="0"/>
                <w:sz w:val="16"/>
              </w:rPr>
              <w:t>バッテリー</w:t>
            </w:r>
          </w:p>
        </w:tc>
        <w:tc>
          <w:tcPr>
            <w:tcW w:type="dxa" w:w="5112"/>
          </w:tcPr>
          <w:p>
            <w:r/>
            <w:r>
              <w:rPr>
                <w:rFonts w:ascii="Calibri" w:hAnsi="Calibri" w:eastAsia="宋体"/>
                <w:b w:val="0"/>
                <w:sz w:val="16"/>
              </w:rPr>
              <w:t>48 V 20.8 Ah（22.5 Ah / 27 Ah オプション）</w:t>
            </w:r>
          </w:p>
        </w:tc>
      </w:tr>
      <w:tr>
        <w:tc>
          <w:tcPr>
            <w:tcW w:type="dxa" w:w="5112"/>
          </w:tcPr>
          <w:p>
            <w:r/>
            <w:r>
              <w:rPr>
                <w:rFonts w:ascii="Calibri" w:hAnsi="Calibri" w:eastAsia="宋体"/>
                <w:b w:val="0"/>
                <w:sz w:val="16"/>
              </w:rPr>
              <w:t>充電電圧</w:t>
            </w:r>
          </w:p>
        </w:tc>
        <w:tc>
          <w:tcPr>
            <w:tcW w:type="dxa" w:w="5112"/>
          </w:tcPr>
          <w:p>
            <w:r/>
            <w:r>
              <w:rPr>
                <w:rFonts w:ascii="Calibri" w:hAnsi="Calibri" w:eastAsia="宋体"/>
                <w:b w:val="0"/>
                <w:sz w:val="16"/>
              </w:rPr>
              <w:t>54.6 V</w:t>
            </w:r>
          </w:p>
        </w:tc>
      </w:tr>
      <w:tr>
        <w:tc>
          <w:tcPr>
            <w:tcW w:type="dxa" w:w="5112"/>
          </w:tcPr>
          <w:p>
            <w:r/>
            <w:r>
              <w:rPr>
                <w:rFonts w:ascii="Calibri" w:hAnsi="Calibri" w:eastAsia="宋体"/>
                <w:b w:val="0"/>
                <w:sz w:val="16"/>
              </w:rPr>
              <w:t>最高速度</w:t>
            </w:r>
          </w:p>
        </w:tc>
        <w:tc>
          <w:tcPr>
            <w:tcW w:type="dxa" w:w="5112"/>
          </w:tcPr>
          <w:p>
            <w:r/>
            <w:r>
              <w:rPr>
                <w:rFonts w:ascii="Calibri" w:hAnsi="Calibri" w:eastAsia="宋体"/>
                <w:b w:val="0"/>
                <w:sz w:val="16"/>
              </w:rPr>
              <w:t>55 km/h</w:t>
            </w:r>
          </w:p>
        </w:tc>
      </w:tr>
      <w:tr>
        <w:tc>
          <w:tcPr>
            <w:tcW w:type="dxa" w:w="5112"/>
          </w:tcPr>
          <w:p>
            <w:r/>
            <w:r>
              <w:rPr>
                <w:rFonts w:ascii="Calibri" w:hAnsi="Calibri" w:eastAsia="宋体"/>
                <w:b w:val="0"/>
                <w:sz w:val="16"/>
              </w:rPr>
              <w:t>航続距離</w:t>
            </w:r>
          </w:p>
        </w:tc>
        <w:tc>
          <w:tcPr>
            <w:tcW w:type="dxa" w:w="5112"/>
          </w:tcPr>
          <w:p>
            <w:r/>
            <w:r>
              <w:rPr>
                <w:rFonts w:ascii="Calibri" w:hAnsi="Calibri" w:eastAsia="宋体"/>
                <w:b w:val="0"/>
                <w:sz w:val="16"/>
              </w:rPr>
              <w:t>50 km</w:t>
            </w:r>
          </w:p>
        </w:tc>
      </w:tr>
      <w:tr>
        <w:tc>
          <w:tcPr>
            <w:tcW w:type="dxa" w:w="5112"/>
          </w:tcPr>
          <w:p>
            <w:r/>
            <w:r>
              <w:rPr>
                <w:rFonts w:ascii="Calibri" w:hAnsi="Calibri" w:eastAsia="宋体"/>
                <w:b w:val="0"/>
                <w:sz w:val="16"/>
              </w:rPr>
              <w:t>タイヤ</w:t>
            </w:r>
          </w:p>
        </w:tc>
        <w:tc>
          <w:tcPr>
            <w:tcW w:type="dxa" w:w="5112"/>
          </w:tcPr>
          <w:p>
            <w:r/>
            <w:r>
              <w:rPr>
                <w:rFonts w:ascii="Calibri" w:hAnsi="Calibri" w:eastAsia="宋体"/>
                <w:b w:val="0"/>
                <w:sz w:val="16"/>
              </w:rPr>
              <w:t>14インチ（フロント）/ 12インチ（リア）、空気入り</w:t>
            </w:r>
          </w:p>
        </w:tc>
      </w:tr>
      <w:tr>
        <w:tc>
          <w:tcPr>
            <w:tcW w:type="dxa" w:w="5112"/>
          </w:tcPr>
          <w:p>
            <w:r/>
            <w:r>
              <w:rPr>
                <w:rFonts w:ascii="Calibri" w:hAnsi="Calibri" w:eastAsia="宋体"/>
                <w:b w:val="0"/>
                <w:sz w:val="16"/>
              </w:rPr>
              <w:t>最大積載量</w:t>
            </w:r>
          </w:p>
        </w:tc>
        <w:tc>
          <w:tcPr>
            <w:tcW w:type="dxa" w:w="5112"/>
          </w:tcPr>
          <w:p>
            <w:r/>
            <w:r>
              <w:rPr>
                <w:rFonts w:ascii="Calibri" w:hAnsi="Calibri" w:eastAsia="宋体"/>
                <w:b w:val="0"/>
                <w:sz w:val="16"/>
              </w:rPr>
              <w:t>120 kg</w:t>
            </w:r>
          </w:p>
        </w:tc>
      </w:tr>
      <w:tr>
        <w:tc>
          <w:tcPr>
            <w:tcW w:type="dxa" w:w="5112"/>
          </w:tcPr>
          <w:p>
            <w:r/>
            <w:r>
              <w:rPr>
                <w:rFonts w:ascii="Calibri" w:hAnsi="Calibri" w:eastAsia="宋体"/>
                <w:b w:val="0"/>
                <w:sz w:val="16"/>
              </w:rPr>
              <w:t>最大登坂能力</w:t>
            </w:r>
          </w:p>
        </w:tc>
        <w:tc>
          <w:tcPr>
            <w:tcW w:type="dxa" w:w="5112"/>
          </w:tcPr>
          <w:p>
            <w:r/>
            <w:r>
              <w:rPr>
                <w:rFonts w:ascii="Calibri" w:hAnsi="Calibri" w:eastAsia="宋体"/>
                <w:b w:val="0"/>
                <w:sz w:val="16"/>
              </w:rPr>
              <w:t>30%</w:t>
            </w:r>
          </w:p>
        </w:tc>
      </w:tr>
      <w:tr>
        <w:tc>
          <w:tcPr>
            <w:tcW w:type="dxa" w:w="5112"/>
          </w:tcPr>
          <w:p>
            <w:r/>
            <w:r>
              <w:rPr>
                <w:rFonts w:ascii="Calibri" w:hAnsi="Calibri" w:eastAsia="宋体"/>
                <w:b w:val="0"/>
                <w:sz w:val="16"/>
              </w:rPr>
              <w:t>ブレーキ</w:t>
            </w:r>
          </w:p>
        </w:tc>
        <w:tc>
          <w:tcPr>
            <w:tcW w:type="dxa" w:w="5112"/>
          </w:tcPr>
          <w:p>
            <w:r/>
            <w:r>
              <w:rPr>
                <w:rFonts w:ascii="Calibri" w:hAnsi="Calibri" w:eastAsia="宋体"/>
                <w:b w:val="0"/>
                <w:sz w:val="16"/>
              </w:rPr>
              <w:t>油圧ブレーキ</w:t>
            </w:r>
          </w:p>
        </w:tc>
      </w:tr>
      <w:tr>
        <w:tc>
          <w:tcPr>
            <w:tcW w:type="dxa" w:w="5112"/>
          </w:tcPr>
          <w:p>
            <w:r/>
            <w:r>
              <w:rPr>
                <w:rFonts w:ascii="Calibri" w:hAnsi="Calibri" w:eastAsia="宋体"/>
                <w:b w:val="0"/>
                <w:sz w:val="16"/>
              </w:rPr>
              <w:t>ディスプレイ</w:t>
            </w:r>
          </w:p>
        </w:tc>
        <w:tc>
          <w:tcPr>
            <w:tcW w:type="dxa" w:w="5112"/>
          </w:tcPr>
          <w:p>
            <w:r/>
            <w:r>
              <w:rPr>
                <w:rFonts w:ascii="Calibri" w:hAnsi="Calibri" w:eastAsia="宋体"/>
                <w:b w:val="0"/>
                <w:sz w:val="16"/>
              </w:rPr>
              <w:t>LCD：速度、ギア、バッテリー残量、航続距離</w:t>
            </w:r>
          </w:p>
        </w:tc>
      </w:tr>
      <w:tr>
        <w:tc>
          <w:tcPr>
            <w:tcW w:type="dxa" w:w="5112"/>
          </w:tcPr>
          <w:p>
            <w:r/>
            <w:r>
              <w:rPr>
                <w:rFonts w:ascii="Calibri" w:hAnsi="Calibri" w:eastAsia="宋体"/>
                <w:b w:val="0"/>
                <w:sz w:val="16"/>
              </w:rPr>
              <w:t>ライトシステム</w:t>
            </w:r>
          </w:p>
        </w:tc>
        <w:tc>
          <w:tcPr>
            <w:tcW w:type="dxa" w:w="5112"/>
          </w:tcPr>
          <w:p>
            <w:r/>
            <w:r>
              <w:rPr>
                <w:rFonts w:ascii="Calibri" w:hAnsi="Calibri" w:eastAsia="宋体"/>
                <w:b w:val="0"/>
                <w:sz w:val="16"/>
              </w:rPr>
              <w:t>ヘッドライトなし</w:t>
            </w:r>
          </w:p>
        </w:tc>
      </w:tr>
      <w:tr>
        <w:tc>
          <w:tcPr>
            <w:tcW w:type="dxa" w:w="5112"/>
          </w:tcPr>
          <w:p>
            <w:r/>
            <w:r>
              <w:rPr>
                <w:rFonts w:ascii="Calibri" w:hAnsi="Calibri" w:eastAsia="宋体"/>
                <w:b w:val="0"/>
                <w:sz w:val="16"/>
              </w:rPr>
              <w:t>素材</w:t>
            </w:r>
          </w:p>
        </w:tc>
        <w:tc>
          <w:tcPr>
            <w:tcW w:type="dxa" w:w="5112"/>
          </w:tcPr>
          <w:p>
            <w:r/>
            <w:r>
              <w:rPr>
                <w:rFonts w:ascii="Calibri" w:hAnsi="Calibri" w:eastAsia="宋体"/>
                <w:b w:val="0"/>
                <w:sz w:val="16"/>
              </w:rPr>
              <w:t>アルミニウム合金</w:t>
            </w:r>
          </w:p>
        </w:tc>
      </w:tr>
      <w:tr>
        <w:tc>
          <w:tcPr>
            <w:tcW w:type="dxa" w:w="5112"/>
          </w:tcPr>
          <w:p>
            <w:r/>
            <w:r>
              <w:rPr>
                <w:rFonts w:ascii="Calibri" w:hAnsi="Calibri" w:eastAsia="宋体"/>
                <w:b w:val="0"/>
                <w:sz w:val="16"/>
              </w:rPr>
              <w:t>サスペンション</w:t>
            </w:r>
          </w:p>
        </w:tc>
        <w:tc>
          <w:tcPr>
            <w:tcW w:type="dxa" w:w="5112"/>
          </w:tcPr>
          <w:p>
            <w:r/>
            <w:r>
              <w:rPr>
                <w:rFonts w:ascii="Calibri" w:hAnsi="Calibri" w:eastAsia="宋体"/>
                <w:b w:val="0"/>
                <w:sz w:val="16"/>
              </w:rPr>
              <w:t>（フロント）油圧ショックアブソーバー；（リア）調整式油圧窒素ショックアブソーバー</w:t>
            </w:r>
          </w:p>
        </w:tc>
      </w:tr>
      <w:tr>
        <w:tc>
          <w:tcPr>
            <w:tcW w:type="dxa" w:w="5112"/>
          </w:tcPr>
          <w:p>
            <w:r/>
            <w:r>
              <w:rPr>
                <w:rFonts w:ascii="Calibri" w:hAnsi="Calibri" w:eastAsia="宋体"/>
                <w:b w:val="0"/>
                <w:sz w:val="16"/>
              </w:rPr>
              <w:t>充電時間</w:t>
            </w:r>
          </w:p>
        </w:tc>
        <w:tc>
          <w:tcPr>
            <w:tcW w:type="dxa" w:w="5112"/>
          </w:tcPr>
          <w:p>
            <w:r/>
            <w:r>
              <w:rPr>
                <w:rFonts w:ascii="Calibri" w:hAnsi="Calibri" w:eastAsia="宋体"/>
                <w:b w:val="0"/>
                <w:sz w:val="16"/>
              </w:rPr>
              <w:t>7～8時間</w:t>
            </w:r>
          </w:p>
        </w:tc>
      </w:tr>
      <w:tr>
        <w:tc>
          <w:tcPr>
            <w:tcW w:type="dxa" w:w="5112"/>
          </w:tcPr>
          <w:p>
            <w:r/>
            <w:r>
              <w:rPr>
                <w:rFonts w:ascii="Calibri" w:hAnsi="Calibri" w:eastAsia="宋体"/>
                <w:b w:val="0"/>
                <w:sz w:val="16"/>
              </w:rPr>
              <w:t>折りたたみ</w:t>
            </w:r>
          </w:p>
        </w:tc>
        <w:tc>
          <w:tcPr>
            <w:tcW w:type="dxa" w:w="5112"/>
          </w:tcPr>
          <w:p>
            <w:r/>
            <w:r>
              <w:rPr>
                <w:rFonts w:ascii="Calibri" w:hAnsi="Calibri" w:eastAsia="宋体"/>
                <w:b w:val="0"/>
                <w:sz w:val="16"/>
              </w:rPr>
              <w:t>不可</w:t>
            </w:r>
          </w:p>
        </w:tc>
      </w:tr>
      <w:tr>
        <w:tc>
          <w:tcPr>
            <w:tcW w:type="dxa" w:w="5112"/>
          </w:tcPr>
          <w:p>
            <w:r/>
            <w:r>
              <w:rPr>
                <w:rFonts w:ascii="Calibri" w:hAnsi="Calibri" w:eastAsia="宋体"/>
                <w:b w:val="0"/>
                <w:sz w:val="16"/>
              </w:rPr>
              <w:t>シート</w:t>
            </w:r>
          </w:p>
        </w:tc>
        <w:tc>
          <w:tcPr>
            <w:tcW w:type="dxa" w:w="5112"/>
          </w:tcPr>
          <w:p>
            <w:r/>
            <w:r>
              <w:rPr>
                <w:rFonts w:ascii="Calibri" w:hAnsi="Calibri" w:eastAsia="宋体"/>
                <w:b w:val="0"/>
                <w:sz w:val="16"/>
              </w:rPr>
              <w:t>あり</w:t>
            </w:r>
          </w:p>
        </w:tc>
      </w:tr>
      <w:tr>
        <w:tc>
          <w:tcPr>
            <w:tcW w:type="dxa" w:w="5112"/>
          </w:tcPr>
          <w:p>
            <w:r/>
            <w:r>
              <w:rPr>
                <w:rFonts w:ascii="Calibri" w:hAnsi="Calibri" w:eastAsia="宋体"/>
                <w:b w:val="0"/>
                <w:sz w:val="16"/>
              </w:rPr>
              <w:t>対象年齢</w:t>
            </w:r>
          </w:p>
        </w:tc>
        <w:tc>
          <w:tcPr>
            <w:tcW w:type="dxa" w:w="5112"/>
          </w:tcPr>
          <w:p>
            <w:r/>
            <w:r>
              <w:rPr>
                <w:rFonts w:ascii="Calibri" w:hAnsi="Calibri" w:eastAsia="宋体"/>
                <w:b w:val="0"/>
                <w:sz w:val="16"/>
              </w:rPr>
              <w:t>16～50歳</w:t>
            </w:r>
          </w:p>
        </w:tc>
      </w:tr>
      <w:tr>
        <w:tc>
          <w:tcPr>
            <w:tcW w:type="dxa" w:w="5112"/>
          </w:tcPr>
          <w:p>
            <w:r/>
            <w:r>
              <w:rPr>
                <w:rFonts w:ascii="Calibri" w:hAnsi="Calibri" w:eastAsia="宋体"/>
                <w:b w:val="0"/>
                <w:sz w:val="16"/>
              </w:rPr>
              <w:t>正味重量 / 総重量</w:t>
            </w:r>
          </w:p>
        </w:tc>
        <w:tc>
          <w:tcPr>
            <w:tcW w:type="dxa" w:w="5112"/>
          </w:tcPr>
          <w:p>
            <w:r/>
            <w:r>
              <w:rPr>
                <w:rFonts w:ascii="Calibri" w:hAnsi="Calibri" w:eastAsia="宋体"/>
                <w:b w:val="0"/>
                <w:sz w:val="16"/>
              </w:rPr>
              <w:t>48 / 57 kg</w:t>
            </w:r>
          </w:p>
        </w:tc>
      </w:tr>
      <w:tr>
        <w:tc>
          <w:tcPr>
            <w:tcW w:type="dxa" w:w="5112"/>
          </w:tcPr>
          <w:p>
            <w:r/>
            <w:r>
              <w:rPr>
                <w:rFonts w:ascii="Calibri" w:hAnsi="Calibri" w:eastAsia="宋体"/>
                <w:b w:val="0"/>
                <w:sz w:val="16"/>
              </w:rPr>
              <w:t>梱包サイズ</w:t>
            </w:r>
          </w:p>
        </w:tc>
        <w:tc>
          <w:tcPr>
            <w:tcW w:type="dxa" w:w="5112"/>
          </w:tcPr>
          <w:p>
            <w:r/>
            <w:r>
              <w:rPr>
                <w:rFonts w:ascii="Calibri" w:hAnsi="Calibri" w:eastAsia="宋体"/>
                <w:b w:val="0"/>
                <w:sz w:val="16"/>
              </w:rPr>
              <w:t>1300 x 300 x 770 mm</w:t>
            </w:r>
          </w:p>
        </w:tc>
      </w:tr>
      <w:tr>
        <w:tc>
          <w:tcPr>
            <w:tcW w:type="dxa" w:w="5112"/>
          </w:tcPr>
          <w:p>
            <w:r/>
            <w:r>
              <w:rPr>
                <w:rFonts w:ascii="Calibri" w:hAnsi="Calibri" w:eastAsia="宋体"/>
                <w:b w:val="0"/>
                <w:sz w:val="16"/>
              </w:rPr>
              <w:t>展開サイズ</w:t>
            </w:r>
          </w:p>
        </w:tc>
        <w:tc>
          <w:tcPr>
            <w:tcW w:type="dxa" w:w="5112"/>
          </w:tcPr>
          <w:p>
            <w:r/>
            <w:r>
              <w:rPr>
                <w:rFonts w:ascii="Calibri" w:hAnsi="Calibri" w:eastAsia="宋体"/>
                <w:b w:val="0"/>
                <w:sz w:val="16"/>
              </w:rPr>
              <w:t>1510 x 780 x 1000 mm</w:t>
            </w:r>
          </w:p>
        </w:tc>
      </w:tr>
      <w:tr>
        <w:tc>
          <w:tcPr>
            <w:tcW w:type="dxa" w:w="5112"/>
          </w:tcPr>
          <w:p>
            <w:r/>
            <w:r>
              <w:rPr>
                <w:rFonts w:ascii="Calibri" w:hAnsi="Calibri" w:eastAsia="宋体"/>
                <w:b w:val="0"/>
                <w:sz w:val="16"/>
              </w:rPr>
              <w:t>積載数量</w:t>
            </w:r>
          </w:p>
        </w:tc>
        <w:tc>
          <w:tcPr>
            <w:tcW w:type="dxa" w:w="5112"/>
          </w:tcPr>
          <w:p>
            <w:r/>
            <w:r>
              <w:rPr>
                <w:rFonts w:ascii="Calibri" w:hAnsi="Calibri" w:eastAsia="宋体"/>
                <w:b w:val="0"/>
                <w:sz w:val="16"/>
              </w:rPr>
              <w:t>249台 / 40HQ（通常梱包）；213台 / 40HQ（オーバーオール梱包）</w:t>
            </w:r>
          </w:p>
        </w:tc>
      </w:tr>
    </w:tbl>
    <w:p/>
    <w:p>
      <w:pPr>
        <w:pStyle w:val="Heading2"/>
      </w:pPr>
      <w:r>
        <w:rPr>
          <w:rFonts w:ascii="Calibri" w:hAnsi="Calibri" w:eastAsia="宋体"/>
          <w:b/>
          <w:sz w:val="26"/>
        </w:rPr>
        <w:t>Wish 01 EEC</w:t>
      </w:r>
    </w:p>
    <w:p>
      <w:r>
        <w:rPr>
          <w:rFonts w:ascii="Calibri" w:hAnsi="Calibri" w:eastAsia="宋体"/>
          <w:b w:val="0"/>
          <w:sz w:val="21"/>
        </w:rPr>
        <w:t>フルライト装備（ヘッドライト、テールライト、ウインカー）を備えた公道仕様のWish 01。必要な市場向けのバージョンです。</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モーター</w:t>
            </w:r>
          </w:p>
        </w:tc>
        <w:tc>
          <w:tcPr>
            <w:tcW w:type="dxa" w:w="5112"/>
          </w:tcPr>
          <w:p>
            <w:r/>
            <w:r>
              <w:rPr>
                <w:rFonts w:ascii="Calibri" w:hAnsi="Calibri" w:eastAsia="宋体"/>
                <w:b w:val="0"/>
                <w:sz w:val="16"/>
              </w:rPr>
              <w:t>2 kW（定格出力 1.2 kW）</w:t>
            </w:r>
          </w:p>
        </w:tc>
      </w:tr>
      <w:tr>
        <w:tc>
          <w:tcPr>
            <w:tcW w:type="dxa" w:w="5112"/>
          </w:tcPr>
          <w:p>
            <w:r/>
            <w:r>
              <w:rPr>
                <w:rFonts w:ascii="Calibri" w:hAnsi="Calibri" w:eastAsia="宋体"/>
                <w:b w:val="0"/>
                <w:sz w:val="16"/>
              </w:rPr>
              <w:t>バッテリー</w:t>
            </w:r>
          </w:p>
        </w:tc>
        <w:tc>
          <w:tcPr>
            <w:tcW w:type="dxa" w:w="5112"/>
          </w:tcPr>
          <w:p>
            <w:r/>
            <w:r>
              <w:rPr>
                <w:rFonts w:ascii="Calibri" w:hAnsi="Calibri" w:eastAsia="宋体"/>
                <w:b w:val="0"/>
                <w:sz w:val="16"/>
              </w:rPr>
              <w:t>48 V 20.8 Ah</w:t>
            </w:r>
          </w:p>
        </w:tc>
      </w:tr>
      <w:tr>
        <w:tc>
          <w:tcPr>
            <w:tcW w:type="dxa" w:w="5112"/>
          </w:tcPr>
          <w:p>
            <w:r/>
            <w:r>
              <w:rPr>
                <w:rFonts w:ascii="Calibri" w:hAnsi="Calibri" w:eastAsia="宋体"/>
                <w:b w:val="0"/>
                <w:sz w:val="16"/>
              </w:rPr>
              <w:t>充電電圧</w:t>
            </w:r>
          </w:p>
        </w:tc>
        <w:tc>
          <w:tcPr>
            <w:tcW w:type="dxa" w:w="5112"/>
          </w:tcPr>
          <w:p>
            <w:r/>
            <w:r>
              <w:rPr>
                <w:rFonts w:ascii="Calibri" w:hAnsi="Calibri" w:eastAsia="宋体"/>
                <w:b w:val="0"/>
                <w:sz w:val="16"/>
              </w:rPr>
              <w:t>54.6 V</w:t>
            </w:r>
          </w:p>
        </w:tc>
      </w:tr>
      <w:tr>
        <w:tc>
          <w:tcPr>
            <w:tcW w:type="dxa" w:w="5112"/>
          </w:tcPr>
          <w:p>
            <w:r/>
            <w:r>
              <w:rPr>
                <w:rFonts w:ascii="Calibri" w:hAnsi="Calibri" w:eastAsia="宋体"/>
                <w:b w:val="0"/>
                <w:sz w:val="16"/>
              </w:rPr>
              <w:t>最高速度</w:t>
            </w:r>
          </w:p>
        </w:tc>
        <w:tc>
          <w:tcPr>
            <w:tcW w:type="dxa" w:w="5112"/>
          </w:tcPr>
          <w:p>
            <w:r/>
            <w:r>
              <w:rPr>
                <w:rFonts w:ascii="Calibri" w:hAnsi="Calibri" w:eastAsia="宋体"/>
                <w:b w:val="0"/>
                <w:sz w:val="16"/>
              </w:rPr>
              <w:t>55 km/h</w:t>
            </w:r>
          </w:p>
        </w:tc>
      </w:tr>
      <w:tr>
        <w:tc>
          <w:tcPr>
            <w:tcW w:type="dxa" w:w="5112"/>
          </w:tcPr>
          <w:p>
            <w:r/>
            <w:r>
              <w:rPr>
                <w:rFonts w:ascii="Calibri" w:hAnsi="Calibri" w:eastAsia="宋体"/>
                <w:b w:val="0"/>
                <w:sz w:val="16"/>
              </w:rPr>
              <w:t>航続距離</w:t>
            </w:r>
          </w:p>
        </w:tc>
        <w:tc>
          <w:tcPr>
            <w:tcW w:type="dxa" w:w="5112"/>
          </w:tcPr>
          <w:p>
            <w:r/>
            <w:r>
              <w:rPr>
                <w:rFonts w:ascii="Calibri" w:hAnsi="Calibri" w:eastAsia="宋体"/>
                <w:b w:val="0"/>
                <w:sz w:val="16"/>
              </w:rPr>
              <w:t>50 km</w:t>
            </w:r>
          </w:p>
        </w:tc>
      </w:tr>
      <w:tr>
        <w:tc>
          <w:tcPr>
            <w:tcW w:type="dxa" w:w="5112"/>
          </w:tcPr>
          <w:p>
            <w:r/>
            <w:r>
              <w:rPr>
                <w:rFonts w:ascii="Calibri" w:hAnsi="Calibri" w:eastAsia="宋体"/>
                <w:b w:val="0"/>
                <w:sz w:val="16"/>
              </w:rPr>
              <w:t>タイヤ</w:t>
            </w:r>
          </w:p>
        </w:tc>
        <w:tc>
          <w:tcPr>
            <w:tcW w:type="dxa" w:w="5112"/>
          </w:tcPr>
          <w:p>
            <w:r/>
            <w:r>
              <w:rPr>
                <w:rFonts w:ascii="Calibri" w:hAnsi="Calibri" w:eastAsia="宋体"/>
                <w:b w:val="0"/>
                <w:sz w:val="16"/>
              </w:rPr>
              <w:t>14インチ（フロント）/ 12インチ（リア）、空気入り</w:t>
            </w:r>
          </w:p>
        </w:tc>
      </w:tr>
      <w:tr>
        <w:tc>
          <w:tcPr>
            <w:tcW w:type="dxa" w:w="5112"/>
          </w:tcPr>
          <w:p>
            <w:r/>
            <w:r>
              <w:rPr>
                <w:rFonts w:ascii="Calibri" w:hAnsi="Calibri" w:eastAsia="宋体"/>
                <w:b w:val="0"/>
                <w:sz w:val="16"/>
              </w:rPr>
              <w:t>最大積載量</w:t>
            </w:r>
          </w:p>
        </w:tc>
        <w:tc>
          <w:tcPr>
            <w:tcW w:type="dxa" w:w="5112"/>
          </w:tcPr>
          <w:p>
            <w:r/>
            <w:r>
              <w:rPr>
                <w:rFonts w:ascii="Calibri" w:hAnsi="Calibri" w:eastAsia="宋体"/>
                <w:b w:val="0"/>
                <w:sz w:val="16"/>
              </w:rPr>
              <w:t>120 kg</w:t>
            </w:r>
          </w:p>
        </w:tc>
      </w:tr>
      <w:tr>
        <w:tc>
          <w:tcPr>
            <w:tcW w:type="dxa" w:w="5112"/>
          </w:tcPr>
          <w:p>
            <w:r/>
            <w:r>
              <w:rPr>
                <w:rFonts w:ascii="Calibri" w:hAnsi="Calibri" w:eastAsia="宋体"/>
                <w:b w:val="0"/>
                <w:sz w:val="16"/>
              </w:rPr>
              <w:t>最大登坂能力</w:t>
            </w:r>
          </w:p>
        </w:tc>
        <w:tc>
          <w:tcPr>
            <w:tcW w:type="dxa" w:w="5112"/>
          </w:tcPr>
          <w:p>
            <w:r/>
            <w:r>
              <w:rPr>
                <w:rFonts w:ascii="Calibri" w:hAnsi="Calibri" w:eastAsia="宋体"/>
                <w:b w:val="0"/>
                <w:sz w:val="16"/>
              </w:rPr>
              <w:t>30%</w:t>
            </w:r>
          </w:p>
        </w:tc>
      </w:tr>
      <w:tr>
        <w:tc>
          <w:tcPr>
            <w:tcW w:type="dxa" w:w="5112"/>
          </w:tcPr>
          <w:p>
            <w:r/>
            <w:r>
              <w:rPr>
                <w:rFonts w:ascii="Calibri" w:hAnsi="Calibri" w:eastAsia="宋体"/>
                <w:b w:val="0"/>
                <w:sz w:val="16"/>
              </w:rPr>
              <w:t>ブレーキ</w:t>
            </w:r>
          </w:p>
        </w:tc>
        <w:tc>
          <w:tcPr>
            <w:tcW w:type="dxa" w:w="5112"/>
          </w:tcPr>
          <w:p>
            <w:r/>
            <w:r>
              <w:rPr>
                <w:rFonts w:ascii="Calibri" w:hAnsi="Calibri" w:eastAsia="宋体"/>
                <w:b w:val="0"/>
                <w:sz w:val="16"/>
              </w:rPr>
              <w:t>油圧ブレーキ</w:t>
            </w:r>
          </w:p>
        </w:tc>
      </w:tr>
      <w:tr>
        <w:tc>
          <w:tcPr>
            <w:tcW w:type="dxa" w:w="5112"/>
          </w:tcPr>
          <w:p>
            <w:r/>
            <w:r>
              <w:rPr>
                <w:rFonts w:ascii="Calibri" w:hAnsi="Calibri" w:eastAsia="宋体"/>
                <w:b w:val="0"/>
                <w:sz w:val="16"/>
              </w:rPr>
              <w:t>ディスプレイ</w:t>
            </w:r>
          </w:p>
        </w:tc>
        <w:tc>
          <w:tcPr>
            <w:tcW w:type="dxa" w:w="5112"/>
          </w:tcPr>
          <w:p>
            <w:r/>
            <w:r>
              <w:rPr>
                <w:rFonts w:ascii="Calibri" w:hAnsi="Calibri" w:eastAsia="宋体"/>
                <w:b w:val="0"/>
                <w:sz w:val="16"/>
              </w:rPr>
              <w:t>LCD：速度、ギア、バッテリー残量、航続距離</w:t>
            </w:r>
          </w:p>
        </w:tc>
      </w:tr>
      <w:tr>
        <w:tc>
          <w:tcPr>
            <w:tcW w:type="dxa" w:w="5112"/>
          </w:tcPr>
          <w:p>
            <w:r/>
            <w:r>
              <w:rPr>
                <w:rFonts w:ascii="Calibri" w:hAnsi="Calibri" w:eastAsia="宋体"/>
                <w:b w:val="0"/>
                <w:sz w:val="16"/>
              </w:rPr>
              <w:t>ライトシステム</w:t>
            </w:r>
          </w:p>
        </w:tc>
        <w:tc>
          <w:tcPr>
            <w:tcW w:type="dxa" w:w="5112"/>
          </w:tcPr>
          <w:p>
            <w:r/>
            <w:r>
              <w:rPr>
                <w:rFonts w:ascii="Calibri" w:hAnsi="Calibri" w:eastAsia="宋体"/>
                <w:b w:val="0"/>
                <w:sz w:val="16"/>
              </w:rPr>
              <w:t>ヘッドライト / テールライト / ウインカー</w:t>
            </w:r>
          </w:p>
        </w:tc>
      </w:tr>
      <w:tr>
        <w:tc>
          <w:tcPr>
            <w:tcW w:type="dxa" w:w="5112"/>
          </w:tcPr>
          <w:p>
            <w:r/>
            <w:r>
              <w:rPr>
                <w:rFonts w:ascii="Calibri" w:hAnsi="Calibri" w:eastAsia="宋体"/>
                <w:b w:val="0"/>
                <w:sz w:val="16"/>
              </w:rPr>
              <w:t>素材</w:t>
            </w:r>
          </w:p>
        </w:tc>
        <w:tc>
          <w:tcPr>
            <w:tcW w:type="dxa" w:w="5112"/>
          </w:tcPr>
          <w:p>
            <w:r/>
            <w:r>
              <w:rPr>
                <w:rFonts w:ascii="Calibri" w:hAnsi="Calibri" w:eastAsia="宋体"/>
                <w:b w:val="0"/>
                <w:sz w:val="16"/>
              </w:rPr>
              <w:t>アルミニウム合金</w:t>
            </w:r>
          </w:p>
        </w:tc>
      </w:tr>
      <w:tr>
        <w:tc>
          <w:tcPr>
            <w:tcW w:type="dxa" w:w="5112"/>
          </w:tcPr>
          <w:p>
            <w:r/>
            <w:r>
              <w:rPr>
                <w:rFonts w:ascii="Calibri" w:hAnsi="Calibri" w:eastAsia="宋体"/>
                <w:b w:val="0"/>
                <w:sz w:val="16"/>
              </w:rPr>
              <w:t>サスペンション</w:t>
            </w:r>
          </w:p>
        </w:tc>
        <w:tc>
          <w:tcPr>
            <w:tcW w:type="dxa" w:w="5112"/>
          </w:tcPr>
          <w:p>
            <w:r/>
            <w:r>
              <w:rPr>
                <w:rFonts w:ascii="Calibri" w:hAnsi="Calibri" w:eastAsia="宋体"/>
                <w:b w:val="0"/>
                <w:sz w:val="16"/>
              </w:rPr>
              <w:t>（フロント）油圧ショックアブソーバー；（リア）調整式油圧窒素ショックアブソーバー</w:t>
            </w:r>
          </w:p>
        </w:tc>
      </w:tr>
      <w:tr>
        <w:tc>
          <w:tcPr>
            <w:tcW w:type="dxa" w:w="5112"/>
          </w:tcPr>
          <w:p>
            <w:r/>
            <w:r>
              <w:rPr>
                <w:rFonts w:ascii="Calibri" w:hAnsi="Calibri" w:eastAsia="宋体"/>
                <w:b w:val="0"/>
                <w:sz w:val="16"/>
              </w:rPr>
              <w:t>充電時間</w:t>
            </w:r>
          </w:p>
        </w:tc>
        <w:tc>
          <w:tcPr>
            <w:tcW w:type="dxa" w:w="5112"/>
          </w:tcPr>
          <w:p>
            <w:r/>
            <w:r>
              <w:rPr>
                <w:rFonts w:ascii="Calibri" w:hAnsi="Calibri" w:eastAsia="宋体"/>
                <w:b w:val="0"/>
                <w:sz w:val="16"/>
              </w:rPr>
              <w:t>7～8時間</w:t>
            </w:r>
          </w:p>
        </w:tc>
      </w:tr>
      <w:tr>
        <w:tc>
          <w:tcPr>
            <w:tcW w:type="dxa" w:w="5112"/>
          </w:tcPr>
          <w:p>
            <w:r/>
            <w:r>
              <w:rPr>
                <w:rFonts w:ascii="Calibri" w:hAnsi="Calibri" w:eastAsia="宋体"/>
                <w:b w:val="0"/>
                <w:sz w:val="16"/>
              </w:rPr>
              <w:t>折りたたみ</w:t>
            </w:r>
          </w:p>
        </w:tc>
        <w:tc>
          <w:tcPr>
            <w:tcW w:type="dxa" w:w="5112"/>
          </w:tcPr>
          <w:p>
            <w:r/>
            <w:r>
              <w:rPr>
                <w:rFonts w:ascii="Calibri" w:hAnsi="Calibri" w:eastAsia="宋体"/>
                <w:b w:val="0"/>
                <w:sz w:val="16"/>
              </w:rPr>
              <w:t>不可</w:t>
            </w:r>
          </w:p>
        </w:tc>
      </w:tr>
      <w:tr>
        <w:tc>
          <w:tcPr>
            <w:tcW w:type="dxa" w:w="5112"/>
          </w:tcPr>
          <w:p>
            <w:r/>
            <w:r>
              <w:rPr>
                <w:rFonts w:ascii="Calibri" w:hAnsi="Calibri" w:eastAsia="宋体"/>
                <w:b w:val="0"/>
                <w:sz w:val="16"/>
              </w:rPr>
              <w:t>シート</w:t>
            </w:r>
          </w:p>
        </w:tc>
        <w:tc>
          <w:tcPr>
            <w:tcW w:type="dxa" w:w="5112"/>
          </w:tcPr>
          <w:p>
            <w:r/>
            <w:r>
              <w:rPr>
                <w:rFonts w:ascii="Calibri" w:hAnsi="Calibri" w:eastAsia="宋体"/>
                <w:b w:val="0"/>
                <w:sz w:val="16"/>
              </w:rPr>
              <w:t>あり</w:t>
            </w:r>
          </w:p>
        </w:tc>
      </w:tr>
      <w:tr>
        <w:tc>
          <w:tcPr>
            <w:tcW w:type="dxa" w:w="5112"/>
          </w:tcPr>
          <w:p>
            <w:r/>
            <w:r>
              <w:rPr>
                <w:rFonts w:ascii="Calibri" w:hAnsi="Calibri" w:eastAsia="宋体"/>
                <w:b w:val="0"/>
                <w:sz w:val="16"/>
              </w:rPr>
              <w:t>対象年齢</w:t>
            </w:r>
          </w:p>
        </w:tc>
        <w:tc>
          <w:tcPr>
            <w:tcW w:type="dxa" w:w="5112"/>
          </w:tcPr>
          <w:p>
            <w:r/>
            <w:r>
              <w:rPr>
                <w:rFonts w:ascii="Calibri" w:hAnsi="Calibri" w:eastAsia="宋体"/>
                <w:b w:val="0"/>
                <w:sz w:val="16"/>
              </w:rPr>
              <w:t>16～50歳</w:t>
            </w:r>
          </w:p>
        </w:tc>
      </w:tr>
      <w:tr>
        <w:tc>
          <w:tcPr>
            <w:tcW w:type="dxa" w:w="5112"/>
          </w:tcPr>
          <w:p>
            <w:r/>
            <w:r>
              <w:rPr>
                <w:rFonts w:ascii="Calibri" w:hAnsi="Calibri" w:eastAsia="宋体"/>
                <w:b w:val="0"/>
                <w:sz w:val="16"/>
              </w:rPr>
              <w:t>正味重量 / 総重量</w:t>
            </w:r>
          </w:p>
        </w:tc>
        <w:tc>
          <w:tcPr>
            <w:tcW w:type="dxa" w:w="5112"/>
          </w:tcPr>
          <w:p>
            <w:r/>
            <w:r>
              <w:rPr>
                <w:rFonts w:ascii="Calibri" w:hAnsi="Calibri" w:eastAsia="宋体"/>
                <w:b w:val="0"/>
                <w:sz w:val="16"/>
              </w:rPr>
              <w:t>48 / 55 kg</w:t>
            </w:r>
          </w:p>
        </w:tc>
      </w:tr>
      <w:tr>
        <w:tc>
          <w:tcPr>
            <w:tcW w:type="dxa" w:w="5112"/>
          </w:tcPr>
          <w:p>
            <w:r/>
            <w:r>
              <w:rPr>
                <w:rFonts w:ascii="Calibri" w:hAnsi="Calibri" w:eastAsia="宋体"/>
                <w:b w:val="0"/>
                <w:sz w:val="16"/>
              </w:rPr>
              <w:t>梱包サイズ</w:t>
            </w:r>
          </w:p>
        </w:tc>
        <w:tc>
          <w:tcPr>
            <w:tcW w:type="dxa" w:w="5112"/>
          </w:tcPr>
          <w:p>
            <w:r/>
            <w:r>
              <w:rPr>
                <w:rFonts w:ascii="Calibri" w:hAnsi="Calibri" w:eastAsia="宋体"/>
                <w:b w:val="0"/>
                <w:sz w:val="16"/>
              </w:rPr>
              <w:t>1276 x 276 x 745 mm</w:t>
            </w:r>
          </w:p>
        </w:tc>
      </w:tr>
      <w:tr>
        <w:tc>
          <w:tcPr>
            <w:tcW w:type="dxa" w:w="5112"/>
          </w:tcPr>
          <w:p>
            <w:r/>
            <w:r>
              <w:rPr>
                <w:rFonts w:ascii="Calibri" w:hAnsi="Calibri" w:eastAsia="宋体"/>
                <w:b w:val="0"/>
                <w:sz w:val="16"/>
              </w:rPr>
              <w:t>展開サイズ</w:t>
            </w:r>
          </w:p>
        </w:tc>
        <w:tc>
          <w:tcPr>
            <w:tcW w:type="dxa" w:w="5112"/>
          </w:tcPr>
          <w:p>
            <w:r/>
            <w:r>
              <w:rPr>
                <w:rFonts w:ascii="Calibri" w:hAnsi="Calibri" w:eastAsia="宋体"/>
                <w:b w:val="0"/>
                <w:sz w:val="16"/>
              </w:rPr>
              <w:t>1510 x 780 x 1000 mm</w:t>
            </w:r>
          </w:p>
        </w:tc>
      </w:tr>
      <w:tr>
        <w:tc>
          <w:tcPr>
            <w:tcW w:type="dxa" w:w="5112"/>
          </w:tcPr>
          <w:p>
            <w:r/>
            <w:r>
              <w:rPr>
                <w:rFonts w:ascii="Calibri" w:hAnsi="Calibri" w:eastAsia="宋体"/>
                <w:b w:val="0"/>
                <w:sz w:val="16"/>
              </w:rPr>
              <w:t>積載数量</w:t>
            </w:r>
          </w:p>
        </w:tc>
        <w:tc>
          <w:tcPr>
            <w:tcW w:type="dxa" w:w="5112"/>
          </w:tcPr>
          <w:p>
            <w:r/>
            <w:r>
              <w:rPr>
                <w:rFonts w:ascii="Calibri" w:hAnsi="Calibri" w:eastAsia="宋体"/>
                <w:b w:val="0"/>
                <w:sz w:val="16"/>
              </w:rPr>
              <w:t>104台 / 20GP；249台 / 40HQ</w:t>
            </w:r>
          </w:p>
        </w:tc>
      </w:tr>
    </w:tbl>
    <w:p/>
    <w:p>
      <w:pPr>
        <w:pStyle w:val="Heading2"/>
      </w:pPr>
      <w:r>
        <w:rPr>
          <w:rFonts w:ascii="Calibri" w:hAnsi="Calibri" w:eastAsia="宋体"/>
          <w:b/>
          <w:sz w:val="26"/>
        </w:rPr>
        <w:t>Wish 01 mini</w:t>
      </w:r>
    </w:p>
    <w:p>
      <w:r>
        <w:rPr>
          <w:rFonts w:ascii="Calibri" w:hAnsi="Calibri" w:eastAsia="宋体"/>
          <w:b w:val="0"/>
          <w:sz w:val="21"/>
        </w:rPr>
        <w:t>若年層ライダー向けにサイズと出力を設計したジュニア向け電動ダートバイク。</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モーター</w:t>
            </w:r>
          </w:p>
        </w:tc>
        <w:tc>
          <w:tcPr>
            <w:tcW w:type="dxa" w:w="5112"/>
          </w:tcPr>
          <w:p>
            <w:r/>
            <w:r>
              <w:rPr>
                <w:rFonts w:ascii="Calibri" w:hAnsi="Calibri" w:eastAsia="宋体"/>
                <w:b w:val="0"/>
                <w:sz w:val="16"/>
              </w:rPr>
              <w:t>1 kW（定格出力 0.5 kW）</w:t>
            </w:r>
          </w:p>
        </w:tc>
      </w:tr>
      <w:tr>
        <w:tc>
          <w:tcPr>
            <w:tcW w:type="dxa" w:w="5112"/>
          </w:tcPr>
          <w:p>
            <w:r/>
            <w:r>
              <w:rPr>
                <w:rFonts w:ascii="Calibri" w:hAnsi="Calibri" w:eastAsia="宋体"/>
                <w:b w:val="0"/>
                <w:sz w:val="16"/>
              </w:rPr>
              <w:t>バッテリー</w:t>
            </w:r>
          </w:p>
        </w:tc>
        <w:tc>
          <w:tcPr>
            <w:tcW w:type="dxa" w:w="5112"/>
          </w:tcPr>
          <w:p>
            <w:r/>
            <w:r>
              <w:rPr>
                <w:rFonts w:ascii="Calibri" w:hAnsi="Calibri" w:eastAsia="宋体"/>
                <w:b w:val="0"/>
                <w:sz w:val="16"/>
              </w:rPr>
              <w:t>48 V 10 Ah</w:t>
            </w:r>
          </w:p>
        </w:tc>
      </w:tr>
      <w:tr>
        <w:tc>
          <w:tcPr>
            <w:tcW w:type="dxa" w:w="5112"/>
          </w:tcPr>
          <w:p>
            <w:r/>
            <w:r>
              <w:rPr>
                <w:rFonts w:ascii="Calibri" w:hAnsi="Calibri" w:eastAsia="宋体"/>
                <w:b w:val="0"/>
                <w:sz w:val="16"/>
              </w:rPr>
              <w:t>最高速度</w:t>
            </w:r>
          </w:p>
        </w:tc>
        <w:tc>
          <w:tcPr>
            <w:tcW w:type="dxa" w:w="5112"/>
          </w:tcPr>
          <w:p>
            <w:r/>
            <w:r>
              <w:rPr>
                <w:rFonts w:ascii="Calibri" w:hAnsi="Calibri" w:eastAsia="宋体"/>
                <w:b w:val="0"/>
                <w:sz w:val="16"/>
              </w:rPr>
              <w:t>35 km/h（22 mph）</w:t>
            </w:r>
          </w:p>
        </w:tc>
      </w:tr>
      <w:tr>
        <w:tc>
          <w:tcPr>
            <w:tcW w:type="dxa" w:w="5112"/>
          </w:tcPr>
          <w:p>
            <w:r/>
            <w:r>
              <w:rPr>
                <w:rFonts w:ascii="Calibri" w:hAnsi="Calibri" w:eastAsia="宋体"/>
                <w:b w:val="0"/>
                <w:sz w:val="16"/>
              </w:rPr>
              <w:t>航続距離</w:t>
            </w:r>
          </w:p>
        </w:tc>
        <w:tc>
          <w:tcPr>
            <w:tcW w:type="dxa" w:w="5112"/>
          </w:tcPr>
          <w:p>
            <w:r/>
            <w:r>
              <w:rPr>
                <w:rFonts w:ascii="Calibri" w:hAnsi="Calibri" w:eastAsia="宋体"/>
                <w:b w:val="0"/>
                <w:sz w:val="16"/>
              </w:rPr>
              <w:t>35 km（積載50 kg、25 km/h以下走行時）</w:t>
            </w:r>
          </w:p>
        </w:tc>
      </w:tr>
      <w:tr>
        <w:tc>
          <w:tcPr>
            <w:tcW w:type="dxa" w:w="5112"/>
          </w:tcPr>
          <w:p>
            <w:r/>
            <w:r>
              <w:rPr>
                <w:rFonts w:ascii="Calibri" w:hAnsi="Calibri" w:eastAsia="宋体"/>
                <w:b w:val="0"/>
                <w:sz w:val="16"/>
              </w:rPr>
              <w:t>タイヤ</w:t>
            </w:r>
          </w:p>
        </w:tc>
        <w:tc>
          <w:tcPr>
            <w:tcW w:type="dxa" w:w="5112"/>
          </w:tcPr>
          <w:p>
            <w:r/>
            <w:r>
              <w:rPr>
                <w:rFonts w:ascii="Calibri" w:hAnsi="Calibri" w:eastAsia="宋体"/>
                <w:b w:val="0"/>
                <w:sz w:val="16"/>
              </w:rPr>
              <w:t>10インチ</w:t>
            </w:r>
          </w:p>
        </w:tc>
      </w:tr>
      <w:tr>
        <w:tc>
          <w:tcPr>
            <w:tcW w:type="dxa" w:w="5112"/>
          </w:tcPr>
          <w:p>
            <w:r/>
            <w:r>
              <w:rPr>
                <w:rFonts w:ascii="Calibri" w:hAnsi="Calibri" w:eastAsia="宋体"/>
                <w:b w:val="0"/>
                <w:sz w:val="16"/>
              </w:rPr>
              <w:t>最大積載量</w:t>
            </w:r>
          </w:p>
        </w:tc>
        <w:tc>
          <w:tcPr>
            <w:tcW w:type="dxa" w:w="5112"/>
          </w:tcPr>
          <w:p>
            <w:r/>
            <w:r>
              <w:rPr>
                <w:rFonts w:ascii="Calibri" w:hAnsi="Calibri" w:eastAsia="宋体"/>
                <w:b w:val="0"/>
                <w:sz w:val="16"/>
              </w:rPr>
              <w:t>100 kg</w:t>
            </w:r>
          </w:p>
        </w:tc>
      </w:tr>
      <w:tr>
        <w:tc>
          <w:tcPr>
            <w:tcW w:type="dxa" w:w="5112"/>
          </w:tcPr>
          <w:p>
            <w:r/>
            <w:r>
              <w:rPr>
                <w:rFonts w:ascii="Calibri" w:hAnsi="Calibri" w:eastAsia="宋体"/>
                <w:b w:val="0"/>
                <w:sz w:val="16"/>
              </w:rPr>
              <w:t>ブレーキ</w:t>
            </w:r>
          </w:p>
        </w:tc>
        <w:tc>
          <w:tcPr>
            <w:tcW w:type="dxa" w:w="5112"/>
          </w:tcPr>
          <w:p>
            <w:r/>
            <w:r>
              <w:rPr>
                <w:rFonts w:ascii="Calibri" w:hAnsi="Calibri" w:eastAsia="宋体"/>
                <w:b w:val="0"/>
                <w:sz w:val="16"/>
              </w:rPr>
              <w:t>ディスクブレーキ＋電動ブレーキ</w:t>
            </w:r>
          </w:p>
        </w:tc>
      </w:tr>
      <w:tr>
        <w:tc>
          <w:tcPr>
            <w:tcW w:type="dxa" w:w="5112"/>
          </w:tcPr>
          <w:p>
            <w:r/>
            <w:r>
              <w:rPr>
                <w:rFonts w:ascii="Calibri" w:hAnsi="Calibri" w:eastAsia="宋体"/>
                <w:b w:val="0"/>
                <w:sz w:val="16"/>
              </w:rPr>
              <w:t>素材</w:t>
            </w:r>
          </w:p>
        </w:tc>
        <w:tc>
          <w:tcPr>
            <w:tcW w:type="dxa" w:w="5112"/>
          </w:tcPr>
          <w:p>
            <w:r/>
            <w:r>
              <w:rPr>
                <w:rFonts w:ascii="Calibri" w:hAnsi="Calibri" w:eastAsia="宋体"/>
                <w:b w:val="0"/>
                <w:sz w:val="16"/>
              </w:rPr>
              <w:t>6061アルミニウム合金</w:t>
            </w:r>
          </w:p>
        </w:tc>
      </w:tr>
      <w:tr>
        <w:tc>
          <w:tcPr>
            <w:tcW w:type="dxa" w:w="5112"/>
          </w:tcPr>
          <w:p>
            <w:r/>
            <w:r>
              <w:rPr>
                <w:rFonts w:ascii="Calibri" w:hAnsi="Calibri" w:eastAsia="宋体"/>
                <w:b w:val="0"/>
                <w:sz w:val="16"/>
              </w:rPr>
              <w:t>サスペンション</w:t>
            </w:r>
          </w:p>
        </w:tc>
        <w:tc>
          <w:tcPr>
            <w:tcW w:type="dxa" w:w="5112"/>
          </w:tcPr>
          <w:p>
            <w:r/>
            <w:r>
              <w:rPr>
                <w:rFonts w:ascii="Calibri" w:hAnsi="Calibri" w:eastAsia="宋体"/>
                <w:b w:val="0"/>
                <w:sz w:val="16"/>
              </w:rPr>
              <w:t>（フロント）油圧フォーク、ホイールトラベル 140 mm；（リア）スプリングサスペンション</w:t>
            </w:r>
          </w:p>
        </w:tc>
      </w:tr>
      <w:tr>
        <w:tc>
          <w:tcPr>
            <w:tcW w:type="dxa" w:w="5112"/>
          </w:tcPr>
          <w:p>
            <w:r/>
            <w:r>
              <w:rPr>
                <w:rFonts w:ascii="Calibri" w:hAnsi="Calibri" w:eastAsia="宋体"/>
                <w:b w:val="0"/>
                <w:sz w:val="16"/>
              </w:rPr>
              <w:t>充電時間</w:t>
            </w:r>
          </w:p>
        </w:tc>
        <w:tc>
          <w:tcPr>
            <w:tcW w:type="dxa" w:w="5112"/>
          </w:tcPr>
          <w:p>
            <w:r/>
            <w:r>
              <w:rPr>
                <w:rFonts w:ascii="Calibri" w:hAnsi="Calibri" w:eastAsia="宋体"/>
                <w:b w:val="0"/>
                <w:sz w:val="16"/>
              </w:rPr>
              <w:t>5時間</w:t>
            </w:r>
          </w:p>
        </w:tc>
      </w:tr>
      <w:tr>
        <w:tc>
          <w:tcPr>
            <w:tcW w:type="dxa" w:w="5112"/>
          </w:tcPr>
          <w:p>
            <w:r/>
            <w:r>
              <w:rPr>
                <w:rFonts w:ascii="Calibri" w:hAnsi="Calibri" w:eastAsia="宋体"/>
                <w:b w:val="0"/>
                <w:sz w:val="16"/>
              </w:rPr>
              <w:t>シート高</w:t>
            </w:r>
          </w:p>
        </w:tc>
        <w:tc>
          <w:tcPr>
            <w:tcW w:type="dxa" w:w="5112"/>
          </w:tcPr>
          <w:p>
            <w:r/>
            <w:r>
              <w:rPr>
                <w:rFonts w:ascii="Calibri" w:hAnsi="Calibri" w:eastAsia="宋体"/>
                <w:b w:val="0"/>
                <w:sz w:val="16"/>
              </w:rPr>
              <w:t>580 mm</w:t>
            </w:r>
          </w:p>
        </w:tc>
      </w:tr>
      <w:tr>
        <w:tc>
          <w:tcPr>
            <w:tcW w:type="dxa" w:w="5112"/>
          </w:tcPr>
          <w:p>
            <w:r/>
            <w:r>
              <w:rPr>
                <w:rFonts w:ascii="Calibri" w:hAnsi="Calibri" w:eastAsia="宋体"/>
                <w:b w:val="0"/>
                <w:sz w:val="16"/>
              </w:rPr>
              <w:t>全高</w:t>
            </w:r>
          </w:p>
        </w:tc>
        <w:tc>
          <w:tcPr>
            <w:tcW w:type="dxa" w:w="5112"/>
          </w:tcPr>
          <w:p>
            <w:r/>
            <w:r>
              <w:rPr>
                <w:rFonts w:ascii="Calibri" w:hAnsi="Calibri" w:eastAsia="宋体"/>
                <w:b w:val="0"/>
                <w:sz w:val="16"/>
              </w:rPr>
              <w:t>740 mm</w:t>
            </w:r>
          </w:p>
        </w:tc>
      </w:tr>
      <w:tr>
        <w:tc>
          <w:tcPr>
            <w:tcW w:type="dxa" w:w="5112"/>
          </w:tcPr>
          <w:p>
            <w:r/>
            <w:r>
              <w:rPr>
                <w:rFonts w:ascii="Calibri" w:hAnsi="Calibri" w:eastAsia="宋体"/>
                <w:b w:val="0"/>
                <w:sz w:val="16"/>
              </w:rPr>
              <w:t>正味重量 / 総重量</w:t>
            </w:r>
          </w:p>
        </w:tc>
        <w:tc>
          <w:tcPr>
            <w:tcW w:type="dxa" w:w="5112"/>
          </w:tcPr>
          <w:p>
            <w:r/>
            <w:r>
              <w:rPr>
                <w:rFonts w:ascii="Calibri" w:hAnsi="Calibri" w:eastAsia="宋体"/>
                <w:b w:val="0"/>
                <w:sz w:val="16"/>
              </w:rPr>
              <w:t>25 / 30 kg</w:t>
            </w:r>
          </w:p>
        </w:tc>
      </w:tr>
      <w:tr>
        <w:tc>
          <w:tcPr>
            <w:tcW w:type="dxa" w:w="5112"/>
          </w:tcPr>
          <w:p>
            <w:r/>
            <w:r>
              <w:rPr>
                <w:rFonts w:ascii="Calibri" w:hAnsi="Calibri" w:eastAsia="宋体"/>
                <w:b w:val="0"/>
                <w:sz w:val="16"/>
              </w:rPr>
              <w:t>駆動方式</w:t>
            </w:r>
          </w:p>
        </w:tc>
        <w:tc>
          <w:tcPr>
            <w:tcW w:type="dxa" w:w="5112"/>
          </w:tcPr>
          <w:p>
            <w:r/>
            <w:r>
              <w:rPr>
                <w:rFonts w:ascii="Calibri" w:hAnsi="Calibri" w:eastAsia="宋体"/>
                <w:b w:val="0"/>
                <w:sz w:val="16"/>
              </w:rPr>
              <w:t>ハブ</w:t>
            </w:r>
          </w:p>
        </w:tc>
      </w:tr>
      <w:tr>
        <w:tc>
          <w:tcPr>
            <w:tcW w:type="dxa" w:w="5112"/>
          </w:tcPr>
          <w:p>
            <w:r/>
            <w:r>
              <w:rPr>
                <w:rFonts w:ascii="Calibri" w:hAnsi="Calibri" w:eastAsia="宋体"/>
                <w:b w:val="0"/>
                <w:sz w:val="16"/>
              </w:rPr>
              <w:t>ホイールベース</w:t>
            </w:r>
          </w:p>
        </w:tc>
        <w:tc>
          <w:tcPr>
            <w:tcW w:type="dxa" w:w="5112"/>
          </w:tcPr>
          <w:p>
            <w:r/>
            <w:r>
              <w:rPr>
                <w:rFonts w:ascii="Calibri" w:hAnsi="Calibri" w:eastAsia="宋体"/>
                <w:b w:val="0"/>
                <w:sz w:val="16"/>
              </w:rPr>
              <w:t>830 mm</w:t>
            </w:r>
          </w:p>
        </w:tc>
      </w:tr>
      <w:tr>
        <w:tc>
          <w:tcPr>
            <w:tcW w:type="dxa" w:w="5112"/>
          </w:tcPr>
          <w:p>
            <w:r/>
            <w:r>
              <w:rPr>
                <w:rFonts w:ascii="Calibri" w:hAnsi="Calibri" w:eastAsia="宋体"/>
                <w:b w:val="0"/>
                <w:sz w:val="16"/>
              </w:rPr>
              <w:t>最低地上高</w:t>
            </w:r>
          </w:p>
        </w:tc>
        <w:tc>
          <w:tcPr>
            <w:tcW w:type="dxa" w:w="5112"/>
          </w:tcPr>
          <w:p>
            <w:r/>
            <w:r>
              <w:rPr>
                <w:rFonts w:ascii="Calibri" w:hAnsi="Calibri" w:eastAsia="宋体"/>
                <w:b w:val="0"/>
                <w:sz w:val="16"/>
              </w:rPr>
              <w:t>220 mm</w:t>
            </w:r>
          </w:p>
        </w:tc>
      </w:tr>
    </w:tbl>
    <w:p/>
    <w:p>
      <w:pPr>
        <w:pStyle w:val="Heading2"/>
      </w:pPr>
      <w:r>
        <w:rPr>
          <w:rFonts w:ascii="Calibri" w:hAnsi="Calibri" w:eastAsia="宋体"/>
          <w:b/>
          <w:sz w:val="26"/>
        </w:rPr>
        <w:t>Wish 01 plus</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モーター</w:t>
            </w:r>
          </w:p>
        </w:tc>
        <w:tc>
          <w:tcPr>
            <w:tcW w:type="dxa" w:w="5112"/>
          </w:tcPr>
          <w:p>
            <w:r/>
            <w:r>
              <w:rPr>
                <w:rFonts w:ascii="Calibri" w:hAnsi="Calibri" w:eastAsia="宋体"/>
                <w:b w:val="0"/>
                <w:sz w:val="16"/>
              </w:rPr>
              <w:t>3 kW（定格出力 1.5 kW）</w:t>
            </w:r>
          </w:p>
        </w:tc>
      </w:tr>
      <w:tr>
        <w:tc>
          <w:tcPr>
            <w:tcW w:type="dxa" w:w="5112"/>
          </w:tcPr>
          <w:p>
            <w:r/>
            <w:r>
              <w:rPr>
                <w:rFonts w:ascii="Calibri" w:hAnsi="Calibri" w:eastAsia="宋体"/>
                <w:b w:val="0"/>
                <w:sz w:val="16"/>
              </w:rPr>
              <w:t>バッテリー</w:t>
            </w:r>
          </w:p>
        </w:tc>
        <w:tc>
          <w:tcPr>
            <w:tcW w:type="dxa" w:w="5112"/>
          </w:tcPr>
          <w:p>
            <w:r/>
            <w:r>
              <w:rPr>
                <w:rFonts w:ascii="Calibri" w:hAnsi="Calibri" w:eastAsia="宋体"/>
                <w:b w:val="0"/>
                <w:sz w:val="16"/>
              </w:rPr>
              <w:t>52 V 27 Ah</w:t>
            </w:r>
          </w:p>
        </w:tc>
      </w:tr>
      <w:tr>
        <w:tc>
          <w:tcPr>
            <w:tcW w:type="dxa" w:w="5112"/>
          </w:tcPr>
          <w:p>
            <w:r/>
            <w:r>
              <w:rPr>
                <w:rFonts w:ascii="Calibri" w:hAnsi="Calibri" w:eastAsia="宋体"/>
                <w:b w:val="0"/>
                <w:sz w:val="16"/>
              </w:rPr>
              <w:t>最高速度</w:t>
            </w:r>
          </w:p>
        </w:tc>
        <w:tc>
          <w:tcPr>
            <w:tcW w:type="dxa" w:w="5112"/>
          </w:tcPr>
          <w:p>
            <w:r/>
            <w:r>
              <w:rPr>
                <w:rFonts w:ascii="Calibri" w:hAnsi="Calibri" w:eastAsia="宋体"/>
                <w:b w:val="0"/>
                <w:sz w:val="16"/>
              </w:rPr>
              <w:t>72 km/h（45 mph）</w:t>
            </w:r>
          </w:p>
        </w:tc>
      </w:tr>
      <w:tr>
        <w:tc>
          <w:tcPr>
            <w:tcW w:type="dxa" w:w="5112"/>
          </w:tcPr>
          <w:p>
            <w:r/>
            <w:r>
              <w:rPr>
                <w:rFonts w:ascii="Calibri" w:hAnsi="Calibri" w:eastAsia="宋体"/>
                <w:b w:val="0"/>
                <w:sz w:val="16"/>
              </w:rPr>
              <w:t>航続距離</w:t>
            </w:r>
          </w:p>
        </w:tc>
        <w:tc>
          <w:tcPr>
            <w:tcW w:type="dxa" w:w="5112"/>
          </w:tcPr>
          <w:p>
            <w:r/>
            <w:r>
              <w:rPr>
                <w:rFonts w:ascii="Calibri" w:hAnsi="Calibri" w:eastAsia="宋体"/>
                <w:b w:val="0"/>
                <w:sz w:val="16"/>
              </w:rPr>
              <w:t>80 km（積載65 kg、35 km/h以下走行時）</w:t>
            </w:r>
          </w:p>
        </w:tc>
      </w:tr>
      <w:tr>
        <w:tc>
          <w:tcPr>
            <w:tcW w:type="dxa" w:w="5112"/>
          </w:tcPr>
          <w:p>
            <w:r/>
            <w:r>
              <w:rPr>
                <w:rFonts w:ascii="Calibri" w:hAnsi="Calibri" w:eastAsia="宋体"/>
                <w:b w:val="0"/>
                <w:sz w:val="16"/>
              </w:rPr>
              <w:t>タイヤ</w:t>
            </w:r>
          </w:p>
        </w:tc>
        <w:tc>
          <w:tcPr>
            <w:tcW w:type="dxa" w:w="5112"/>
          </w:tcPr>
          <w:p>
            <w:r/>
            <w:r>
              <w:rPr>
                <w:rFonts w:ascii="Calibri" w:hAnsi="Calibri" w:eastAsia="宋体"/>
                <w:b w:val="0"/>
                <w:sz w:val="16"/>
              </w:rPr>
              <w:t>14（フロント）/ 12（リア）インチ、または17（フロント）/ 14（リア）インチ</w:t>
            </w:r>
          </w:p>
        </w:tc>
      </w:tr>
      <w:tr>
        <w:tc>
          <w:tcPr>
            <w:tcW w:type="dxa" w:w="5112"/>
          </w:tcPr>
          <w:p>
            <w:r/>
            <w:r>
              <w:rPr>
                <w:rFonts w:ascii="Calibri" w:hAnsi="Calibri" w:eastAsia="宋体"/>
                <w:b w:val="0"/>
                <w:sz w:val="16"/>
              </w:rPr>
              <w:t>最大積載量</w:t>
            </w:r>
          </w:p>
        </w:tc>
        <w:tc>
          <w:tcPr>
            <w:tcW w:type="dxa" w:w="5112"/>
          </w:tcPr>
          <w:p>
            <w:r/>
            <w:r>
              <w:rPr>
                <w:rFonts w:ascii="Calibri" w:hAnsi="Calibri" w:eastAsia="宋体"/>
                <w:b w:val="0"/>
                <w:sz w:val="16"/>
              </w:rPr>
              <w:t>150 kg（265 lbs）</w:t>
            </w:r>
          </w:p>
        </w:tc>
      </w:tr>
      <w:tr>
        <w:tc>
          <w:tcPr>
            <w:tcW w:type="dxa" w:w="5112"/>
          </w:tcPr>
          <w:p>
            <w:r/>
            <w:r>
              <w:rPr>
                <w:rFonts w:ascii="Calibri" w:hAnsi="Calibri" w:eastAsia="宋体"/>
                <w:b w:val="0"/>
                <w:sz w:val="16"/>
              </w:rPr>
              <w:t>ブレーキ</w:t>
            </w:r>
          </w:p>
        </w:tc>
        <w:tc>
          <w:tcPr>
            <w:tcW w:type="dxa" w:w="5112"/>
          </w:tcPr>
          <w:p>
            <w:r/>
            <w:r>
              <w:rPr>
                <w:rFonts w:ascii="Calibri" w:hAnsi="Calibri" w:eastAsia="宋体"/>
                <w:b w:val="0"/>
                <w:sz w:val="16"/>
              </w:rPr>
              <w:t>油圧ブレーキ</w:t>
            </w:r>
          </w:p>
        </w:tc>
      </w:tr>
      <w:tr>
        <w:tc>
          <w:tcPr>
            <w:tcW w:type="dxa" w:w="5112"/>
          </w:tcPr>
          <w:p>
            <w:r/>
            <w:r>
              <w:rPr>
                <w:rFonts w:ascii="Calibri" w:hAnsi="Calibri" w:eastAsia="宋体"/>
                <w:b w:val="0"/>
                <w:sz w:val="16"/>
              </w:rPr>
              <w:t>素材</w:t>
            </w:r>
          </w:p>
        </w:tc>
        <w:tc>
          <w:tcPr>
            <w:tcW w:type="dxa" w:w="5112"/>
          </w:tcPr>
          <w:p>
            <w:r/>
            <w:r>
              <w:rPr>
                <w:rFonts w:ascii="Calibri" w:hAnsi="Calibri" w:eastAsia="宋体"/>
                <w:b w:val="0"/>
                <w:sz w:val="16"/>
              </w:rPr>
              <w:t>6061アルミニウム合金</w:t>
            </w:r>
          </w:p>
        </w:tc>
      </w:tr>
      <w:tr>
        <w:tc>
          <w:tcPr>
            <w:tcW w:type="dxa" w:w="5112"/>
          </w:tcPr>
          <w:p>
            <w:r/>
            <w:r>
              <w:rPr>
                <w:rFonts w:ascii="Calibri" w:hAnsi="Calibri" w:eastAsia="宋体"/>
                <w:b w:val="0"/>
                <w:sz w:val="16"/>
              </w:rPr>
              <w:t>サスペンション</w:t>
            </w:r>
          </w:p>
        </w:tc>
        <w:tc>
          <w:tcPr>
            <w:tcW w:type="dxa" w:w="5112"/>
          </w:tcPr>
          <w:p>
            <w:r/>
            <w:r>
              <w:rPr>
                <w:rFonts w:ascii="Calibri" w:hAnsi="Calibri" w:eastAsia="宋体"/>
                <w:b w:val="0"/>
                <w:sz w:val="16"/>
              </w:rPr>
              <w:t>（フロント）油圧フォーク、ホイールトラベル 160 mm；（リア）調整式油圧窒素ショックアブソーバー</w:t>
            </w:r>
          </w:p>
        </w:tc>
      </w:tr>
      <w:tr>
        <w:tc>
          <w:tcPr>
            <w:tcW w:type="dxa" w:w="5112"/>
          </w:tcPr>
          <w:p>
            <w:r/>
            <w:r>
              <w:rPr>
                <w:rFonts w:ascii="Calibri" w:hAnsi="Calibri" w:eastAsia="宋体"/>
                <w:b w:val="0"/>
                <w:sz w:val="16"/>
              </w:rPr>
              <w:t>充電時間</w:t>
            </w:r>
          </w:p>
        </w:tc>
        <w:tc>
          <w:tcPr>
            <w:tcW w:type="dxa" w:w="5112"/>
          </w:tcPr>
          <w:p>
            <w:r/>
            <w:r>
              <w:rPr>
                <w:rFonts w:ascii="Calibri" w:hAnsi="Calibri" w:eastAsia="宋体"/>
                <w:b w:val="0"/>
                <w:sz w:val="16"/>
              </w:rPr>
              <w:t>6時間</w:t>
            </w:r>
          </w:p>
        </w:tc>
      </w:tr>
      <w:tr>
        <w:tc>
          <w:tcPr>
            <w:tcW w:type="dxa" w:w="5112"/>
          </w:tcPr>
          <w:p>
            <w:r/>
            <w:r>
              <w:rPr>
                <w:rFonts w:ascii="Calibri" w:hAnsi="Calibri" w:eastAsia="宋体"/>
                <w:b w:val="0"/>
                <w:sz w:val="16"/>
              </w:rPr>
              <w:t>シート高</w:t>
            </w:r>
          </w:p>
        </w:tc>
        <w:tc>
          <w:tcPr>
            <w:tcW w:type="dxa" w:w="5112"/>
          </w:tcPr>
          <w:p>
            <w:r/>
            <w:r>
              <w:rPr>
                <w:rFonts w:ascii="Calibri" w:hAnsi="Calibri" w:eastAsia="宋体"/>
                <w:b w:val="0"/>
                <w:sz w:val="16"/>
              </w:rPr>
              <w:t>800 mm</w:t>
            </w:r>
          </w:p>
        </w:tc>
      </w:tr>
      <w:tr>
        <w:tc>
          <w:tcPr>
            <w:tcW w:type="dxa" w:w="5112"/>
          </w:tcPr>
          <w:p>
            <w:r/>
            <w:r>
              <w:rPr>
                <w:rFonts w:ascii="Calibri" w:hAnsi="Calibri" w:eastAsia="宋体"/>
                <w:b w:val="0"/>
                <w:sz w:val="16"/>
              </w:rPr>
              <w:t>全高</w:t>
            </w:r>
          </w:p>
        </w:tc>
        <w:tc>
          <w:tcPr>
            <w:tcW w:type="dxa" w:w="5112"/>
          </w:tcPr>
          <w:p>
            <w:r/>
            <w:r>
              <w:rPr>
                <w:rFonts w:ascii="Calibri" w:hAnsi="Calibri" w:eastAsia="宋体"/>
                <w:b w:val="0"/>
                <w:sz w:val="16"/>
              </w:rPr>
              <w:t>1020 mm</w:t>
            </w:r>
          </w:p>
        </w:tc>
      </w:tr>
      <w:tr>
        <w:tc>
          <w:tcPr>
            <w:tcW w:type="dxa" w:w="5112"/>
          </w:tcPr>
          <w:p>
            <w:r/>
            <w:r>
              <w:rPr>
                <w:rFonts w:ascii="Calibri" w:hAnsi="Calibri" w:eastAsia="宋体"/>
                <w:b w:val="0"/>
                <w:sz w:val="16"/>
              </w:rPr>
              <w:t>正味重量 / 総重量</w:t>
            </w:r>
          </w:p>
        </w:tc>
        <w:tc>
          <w:tcPr>
            <w:tcW w:type="dxa" w:w="5112"/>
          </w:tcPr>
          <w:p>
            <w:r/>
            <w:r>
              <w:rPr>
                <w:rFonts w:ascii="Calibri" w:hAnsi="Calibri" w:eastAsia="宋体"/>
                <w:b w:val="0"/>
                <w:sz w:val="16"/>
              </w:rPr>
              <w:t>58 / 63 kg</w:t>
            </w:r>
          </w:p>
        </w:tc>
      </w:tr>
      <w:tr>
        <w:tc>
          <w:tcPr>
            <w:tcW w:type="dxa" w:w="5112"/>
          </w:tcPr>
          <w:p>
            <w:r/>
            <w:r>
              <w:rPr>
                <w:rFonts w:ascii="Calibri" w:hAnsi="Calibri" w:eastAsia="宋体"/>
                <w:b w:val="0"/>
                <w:sz w:val="16"/>
              </w:rPr>
              <w:t>駆動方式</w:t>
            </w:r>
          </w:p>
        </w:tc>
        <w:tc>
          <w:tcPr>
            <w:tcW w:type="dxa" w:w="5112"/>
          </w:tcPr>
          <w:p>
            <w:r/>
            <w:r>
              <w:rPr>
                <w:rFonts w:ascii="Calibri" w:hAnsi="Calibri" w:eastAsia="宋体"/>
                <w:b w:val="0"/>
                <w:sz w:val="16"/>
              </w:rPr>
              <w:t>チェーンドライブ</w:t>
            </w:r>
          </w:p>
        </w:tc>
      </w:tr>
      <w:tr>
        <w:tc>
          <w:tcPr>
            <w:tcW w:type="dxa" w:w="5112"/>
          </w:tcPr>
          <w:p>
            <w:r/>
            <w:r>
              <w:rPr>
                <w:rFonts w:ascii="Calibri" w:hAnsi="Calibri" w:eastAsia="宋体"/>
                <w:b w:val="0"/>
                <w:sz w:val="16"/>
              </w:rPr>
              <w:t>ホイールベース</w:t>
            </w:r>
          </w:p>
        </w:tc>
        <w:tc>
          <w:tcPr>
            <w:tcW w:type="dxa" w:w="5112"/>
          </w:tcPr>
          <w:p>
            <w:r/>
            <w:r>
              <w:rPr>
                <w:rFonts w:ascii="Calibri" w:hAnsi="Calibri" w:eastAsia="宋体"/>
                <w:b w:val="0"/>
                <w:sz w:val="16"/>
              </w:rPr>
              <w:t>1100 mm</w:t>
            </w:r>
          </w:p>
        </w:tc>
      </w:tr>
      <w:tr>
        <w:tc>
          <w:tcPr>
            <w:tcW w:type="dxa" w:w="5112"/>
          </w:tcPr>
          <w:p>
            <w:r/>
            <w:r>
              <w:rPr>
                <w:rFonts w:ascii="Calibri" w:hAnsi="Calibri" w:eastAsia="宋体"/>
                <w:b w:val="0"/>
                <w:sz w:val="16"/>
              </w:rPr>
              <w:t>最低地上高</w:t>
            </w:r>
          </w:p>
        </w:tc>
        <w:tc>
          <w:tcPr>
            <w:tcW w:type="dxa" w:w="5112"/>
          </w:tcPr>
          <w:p>
            <w:r/>
            <w:r>
              <w:rPr>
                <w:rFonts w:ascii="Calibri" w:hAnsi="Calibri" w:eastAsia="宋体"/>
                <w:b w:val="0"/>
                <w:sz w:val="16"/>
              </w:rPr>
              <w:t>280 mm</w:t>
            </w:r>
          </w:p>
        </w:tc>
      </w:tr>
    </w:tbl>
    <w:p/>
    <w:p>
      <w:pPr>
        <w:pStyle w:val="Heading2"/>
      </w:pPr>
      <w:r>
        <w:rPr>
          <w:rFonts w:ascii="Calibri" w:hAnsi="Calibri" w:eastAsia="宋体"/>
          <w:b/>
          <w:sz w:val="26"/>
        </w:rPr>
        <w:t>Wish 01 pro</w:t>
      </w:r>
    </w:p>
    <w:p>
      <w:r>
        <w:rPr>
          <w:rFonts w:ascii="Calibri" w:hAnsi="Calibri" w:eastAsia="宋体"/>
          <w:b w:val="0"/>
          <w:sz w:val="21"/>
        </w:rPr>
        <w:t>Wish 01シリーズのフラッグシップ。60 V 35 AhのLGセルバッテリーとピーク出力5 kWを搭載。</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モーター</w:t>
            </w:r>
          </w:p>
        </w:tc>
        <w:tc>
          <w:tcPr>
            <w:tcW w:type="dxa" w:w="5112"/>
          </w:tcPr>
          <w:p>
            <w:r/>
            <w:r>
              <w:rPr>
                <w:rFonts w:ascii="Calibri" w:hAnsi="Calibri" w:eastAsia="宋体"/>
                <w:b w:val="0"/>
                <w:sz w:val="16"/>
              </w:rPr>
              <w:t>5 kW（定格出力 2.5 kW）</w:t>
            </w:r>
          </w:p>
        </w:tc>
      </w:tr>
      <w:tr>
        <w:tc>
          <w:tcPr>
            <w:tcW w:type="dxa" w:w="5112"/>
          </w:tcPr>
          <w:p>
            <w:r/>
            <w:r>
              <w:rPr>
                <w:rFonts w:ascii="Calibri" w:hAnsi="Calibri" w:eastAsia="宋体"/>
                <w:b w:val="0"/>
                <w:sz w:val="16"/>
              </w:rPr>
              <w:t>バッテリー</w:t>
            </w:r>
          </w:p>
        </w:tc>
        <w:tc>
          <w:tcPr>
            <w:tcW w:type="dxa" w:w="5112"/>
          </w:tcPr>
          <w:p>
            <w:r/>
            <w:r>
              <w:rPr>
                <w:rFonts w:ascii="Calibri" w:hAnsi="Calibri" w:eastAsia="宋体"/>
                <w:b w:val="0"/>
                <w:sz w:val="16"/>
              </w:rPr>
              <w:t>60 V 35 Ah（LGセル）</w:t>
            </w:r>
          </w:p>
        </w:tc>
      </w:tr>
      <w:tr>
        <w:tc>
          <w:tcPr>
            <w:tcW w:type="dxa" w:w="5112"/>
          </w:tcPr>
          <w:p>
            <w:r/>
            <w:r>
              <w:rPr>
                <w:rFonts w:ascii="Calibri" w:hAnsi="Calibri" w:eastAsia="宋体"/>
                <w:b w:val="0"/>
                <w:sz w:val="16"/>
              </w:rPr>
              <w:t>最高速度</w:t>
            </w:r>
          </w:p>
        </w:tc>
        <w:tc>
          <w:tcPr>
            <w:tcW w:type="dxa" w:w="5112"/>
          </w:tcPr>
          <w:p>
            <w:r/>
            <w:r>
              <w:rPr>
                <w:rFonts w:ascii="Calibri" w:hAnsi="Calibri" w:eastAsia="宋体"/>
                <w:b w:val="0"/>
                <w:sz w:val="16"/>
              </w:rPr>
              <w:t>80 km/h（50 mph）</w:t>
            </w:r>
          </w:p>
        </w:tc>
      </w:tr>
      <w:tr>
        <w:tc>
          <w:tcPr>
            <w:tcW w:type="dxa" w:w="5112"/>
          </w:tcPr>
          <w:p>
            <w:r/>
            <w:r>
              <w:rPr>
                <w:rFonts w:ascii="Calibri" w:hAnsi="Calibri" w:eastAsia="宋体"/>
                <w:b w:val="0"/>
                <w:sz w:val="16"/>
              </w:rPr>
              <w:t>航続距離</w:t>
            </w:r>
          </w:p>
        </w:tc>
        <w:tc>
          <w:tcPr>
            <w:tcW w:type="dxa" w:w="5112"/>
          </w:tcPr>
          <w:p>
            <w:r/>
            <w:r>
              <w:rPr>
                <w:rFonts w:ascii="Calibri" w:hAnsi="Calibri" w:eastAsia="宋体"/>
                <w:b w:val="0"/>
                <w:sz w:val="16"/>
              </w:rPr>
              <w:t>80 km（積載65 kg、35 km/h以下走行時）</w:t>
            </w:r>
          </w:p>
        </w:tc>
      </w:tr>
      <w:tr>
        <w:tc>
          <w:tcPr>
            <w:tcW w:type="dxa" w:w="5112"/>
          </w:tcPr>
          <w:p>
            <w:r/>
            <w:r>
              <w:rPr>
                <w:rFonts w:ascii="Calibri" w:hAnsi="Calibri" w:eastAsia="宋体"/>
                <w:b w:val="0"/>
                <w:sz w:val="16"/>
              </w:rPr>
              <w:t>タイヤ</w:t>
            </w:r>
          </w:p>
        </w:tc>
        <w:tc>
          <w:tcPr>
            <w:tcW w:type="dxa" w:w="5112"/>
          </w:tcPr>
          <w:p>
            <w:r/>
            <w:r>
              <w:rPr>
                <w:rFonts w:ascii="Calibri" w:hAnsi="Calibri" w:eastAsia="宋体"/>
                <w:b w:val="0"/>
                <w:sz w:val="16"/>
              </w:rPr>
              <w:t>17（フロント）/ 14（リア）インチ</w:t>
            </w:r>
          </w:p>
        </w:tc>
      </w:tr>
      <w:tr>
        <w:tc>
          <w:tcPr>
            <w:tcW w:type="dxa" w:w="5112"/>
          </w:tcPr>
          <w:p>
            <w:r/>
            <w:r>
              <w:rPr>
                <w:rFonts w:ascii="Calibri" w:hAnsi="Calibri" w:eastAsia="宋体"/>
                <w:b w:val="0"/>
                <w:sz w:val="16"/>
              </w:rPr>
              <w:t>最大積載量</w:t>
            </w:r>
          </w:p>
        </w:tc>
        <w:tc>
          <w:tcPr>
            <w:tcW w:type="dxa" w:w="5112"/>
          </w:tcPr>
          <w:p>
            <w:r/>
            <w:r>
              <w:rPr>
                <w:rFonts w:ascii="Calibri" w:hAnsi="Calibri" w:eastAsia="宋体"/>
                <w:b w:val="0"/>
                <w:sz w:val="16"/>
              </w:rPr>
              <w:t>150 kg（330 lbs）</w:t>
            </w:r>
          </w:p>
        </w:tc>
      </w:tr>
      <w:tr>
        <w:tc>
          <w:tcPr>
            <w:tcW w:type="dxa" w:w="5112"/>
          </w:tcPr>
          <w:p>
            <w:r/>
            <w:r>
              <w:rPr>
                <w:rFonts w:ascii="Calibri" w:hAnsi="Calibri" w:eastAsia="宋体"/>
                <w:b w:val="0"/>
                <w:sz w:val="16"/>
              </w:rPr>
              <w:t>ブレーキ</w:t>
            </w:r>
          </w:p>
        </w:tc>
        <w:tc>
          <w:tcPr>
            <w:tcW w:type="dxa" w:w="5112"/>
          </w:tcPr>
          <w:p>
            <w:r/>
            <w:r>
              <w:rPr>
                <w:rFonts w:ascii="Calibri" w:hAnsi="Calibri" w:eastAsia="宋体"/>
                <w:b w:val="0"/>
                <w:sz w:val="16"/>
              </w:rPr>
              <w:t>油圧ブレーキ</w:t>
            </w:r>
          </w:p>
        </w:tc>
      </w:tr>
      <w:tr>
        <w:tc>
          <w:tcPr>
            <w:tcW w:type="dxa" w:w="5112"/>
          </w:tcPr>
          <w:p>
            <w:r/>
            <w:r>
              <w:rPr>
                <w:rFonts w:ascii="Calibri" w:hAnsi="Calibri" w:eastAsia="宋体"/>
                <w:b w:val="0"/>
                <w:sz w:val="16"/>
              </w:rPr>
              <w:t>素材</w:t>
            </w:r>
          </w:p>
        </w:tc>
        <w:tc>
          <w:tcPr>
            <w:tcW w:type="dxa" w:w="5112"/>
          </w:tcPr>
          <w:p>
            <w:r/>
            <w:r>
              <w:rPr>
                <w:rFonts w:ascii="Calibri" w:hAnsi="Calibri" w:eastAsia="宋体"/>
                <w:b w:val="0"/>
                <w:sz w:val="16"/>
              </w:rPr>
              <w:t>6061アルミニウム合金</w:t>
            </w:r>
          </w:p>
        </w:tc>
      </w:tr>
      <w:tr>
        <w:tc>
          <w:tcPr>
            <w:tcW w:type="dxa" w:w="5112"/>
          </w:tcPr>
          <w:p>
            <w:r/>
            <w:r>
              <w:rPr>
                <w:rFonts w:ascii="Calibri" w:hAnsi="Calibri" w:eastAsia="宋体"/>
                <w:b w:val="0"/>
                <w:sz w:val="16"/>
              </w:rPr>
              <w:t>サスペンション</w:t>
            </w:r>
          </w:p>
        </w:tc>
        <w:tc>
          <w:tcPr>
            <w:tcW w:type="dxa" w:w="5112"/>
          </w:tcPr>
          <w:p>
            <w:r/>
            <w:r>
              <w:rPr>
                <w:rFonts w:ascii="Calibri" w:hAnsi="Calibri" w:eastAsia="宋体"/>
                <w:b w:val="0"/>
                <w:sz w:val="16"/>
              </w:rPr>
              <w:t>（フロント）油圧フォーク、ホイールトラベル 160 mm；（リア）調整式油圧窒素ショックアブソーバー</w:t>
            </w:r>
          </w:p>
        </w:tc>
      </w:tr>
      <w:tr>
        <w:tc>
          <w:tcPr>
            <w:tcW w:type="dxa" w:w="5112"/>
          </w:tcPr>
          <w:p>
            <w:r/>
            <w:r>
              <w:rPr>
                <w:rFonts w:ascii="Calibri" w:hAnsi="Calibri" w:eastAsia="宋体"/>
                <w:b w:val="0"/>
                <w:sz w:val="16"/>
              </w:rPr>
              <w:t>充電時間</w:t>
            </w:r>
          </w:p>
        </w:tc>
        <w:tc>
          <w:tcPr>
            <w:tcW w:type="dxa" w:w="5112"/>
          </w:tcPr>
          <w:p>
            <w:r/>
            <w:r>
              <w:rPr>
                <w:rFonts w:ascii="Calibri" w:hAnsi="Calibri" w:eastAsia="宋体"/>
                <w:b w:val="0"/>
                <w:sz w:val="16"/>
              </w:rPr>
              <w:t>7時間</w:t>
            </w:r>
          </w:p>
        </w:tc>
      </w:tr>
      <w:tr>
        <w:tc>
          <w:tcPr>
            <w:tcW w:type="dxa" w:w="5112"/>
          </w:tcPr>
          <w:p>
            <w:r/>
            <w:r>
              <w:rPr>
                <w:rFonts w:ascii="Calibri" w:hAnsi="Calibri" w:eastAsia="宋体"/>
                <w:b w:val="0"/>
                <w:sz w:val="16"/>
              </w:rPr>
              <w:t>シート高</w:t>
            </w:r>
          </w:p>
        </w:tc>
        <w:tc>
          <w:tcPr>
            <w:tcW w:type="dxa" w:w="5112"/>
          </w:tcPr>
          <w:p>
            <w:r/>
            <w:r>
              <w:rPr>
                <w:rFonts w:ascii="Calibri" w:hAnsi="Calibri" w:eastAsia="宋体"/>
                <w:b w:val="0"/>
                <w:sz w:val="16"/>
              </w:rPr>
              <w:t>820 mm</w:t>
            </w:r>
          </w:p>
        </w:tc>
      </w:tr>
      <w:tr>
        <w:tc>
          <w:tcPr>
            <w:tcW w:type="dxa" w:w="5112"/>
          </w:tcPr>
          <w:p>
            <w:r/>
            <w:r>
              <w:rPr>
                <w:rFonts w:ascii="Calibri" w:hAnsi="Calibri" w:eastAsia="宋体"/>
                <w:b w:val="0"/>
                <w:sz w:val="16"/>
              </w:rPr>
              <w:t>全高</w:t>
            </w:r>
          </w:p>
        </w:tc>
        <w:tc>
          <w:tcPr>
            <w:tcW w:type="dxa" w:w="5112"/>
          </w:tcPr>
          <w:p>
            <w:r/>
            <w:r>
              <w:rPr>
                <w:rFonts w:ascii="Calibri" w:hAnsi="Calibri" w:eastAsia="宋体"/>
                <w:b w:val="0"/>
                <w:sz w:val="16"/>
              </w:rPr>
              <w:t>1020 mm</w:t>
            </w:r>
          </w:p>
        </w:tc>
      </w:tr>
      <w:tr>
        <w:tc>
          <w:tcPr>
            <w:tcW w:type="dxa" w:w="5112"/>
          </w:tcPr>
          <w:p>
            <w:r/>
            <w:r>
              <w:rPr>
                <w:rFonts w:ascii="Calibri" w:hAnsi="Calibri" w:eastAsia="宋体"/>
                <w:b w:val="0"/>
                <w:sz w:val="16"/>
              </w:rPr>
              <w:t>正味重量 / 総重量</w:t>
            </w:r>
          </w:p>
        </w:tc>
        <w:tc>
          <w:tcPr>
            <w:tcW w:type="dxa" w:w="5112"/>
          </w:tcPr>
          <w:p>
            <w:r/>
            <w:r>
              <w:rPr>
                <w:rFonts w:ascii="Calibri" w:hAnsi="Calibri" w:eastAsia="宋体"/>
                <w:b w:val="0"/>
                <w:sz w:val="16"/>
              </w:rPr>
              <w:t>56 / 61 kg</w:t>
            </w:r>
          </w:p>
        </w:tc>
      </w:tr>
      <w:tr>
        <w:tc>
          <w:tcPr>
            <w:tcW w:type="dxa" w:w="5112"/>
          </w:tcPr>
          <w:p>
            <w:r/>
            <w:r>
              <w:rPr>
                <w:rFonts w:ascii="Calibri" w:hAnsi="Calibri" w:eastAsia="宋体"/>
                <w:b w:val="0"/>
                <w:sz w:val="16"/>
              </w:rPr>
              <w:t>駆動方式</w:t>
            </w:r>
          </w:p>
        </w:tc>
        <w:tc>
          <w:tcPr>
            <w:tcW w:type="dxa" w:w="5112"/>
          </w:tcPr>
          <w:p>
            <w:r/>
            <w:r>
              <w:rPr>
                <w:rFonts w:ascii="Calibri" w:hAnsi="Calibri" w:eastAsia="宋体"/>
                <w:b w:val="0"/>
                <w:sz w:val="16"/>
              </w:rPr>
              <w:t>チェーンドライブ</w:t>
            </w:r>
          </w:p>
        </w:tc>
      </w:tr>
      <w:tr>
        <w:tc>
          <w:tcPr>
            <w:tcW w:type="dxa" w:w="5112"/>
          </w:tcPr>
          <w:p>
            <w:r/>
            <w:r>
              <w:rPr>
                <w:rFonts w:ascii="Calibri" w:hAnsi="Calibri" w:eastAsia="宋体"/>
                <w:b w:val="0"/>
                <w:sz w:val="16"/>
              </w:rPr>
              <w:t>ホイールベース</w:t>
            </w:r>
          </w:p>
        </w:tc>
        <w:tc>
          <w:tcPr>
            <w:tcW w:type="dxa" w:w="5112"/>
          </w:tcPr>
          <w:p>
            <w:r/>
            <w:r>
              <w:rPr>
                <w:rFonts w:ascii="Calibri" w:hAnsi="Calibri" w:eastAsia="宋体"/>
                <w:b w:val="0"/>
                <w:sz w:val="16"/>
              </w:rPr>
              <w:t>1100 mm</w:t>
            </w:r>
          </w:p>
        </w:tc>
      </w:tr>
      <w:tr>
        <w:tc>
          <w:tcPr>
            <w:tcW w:type="dxa" w:w="5112"/>
          </w:tcPr>
          <w:p>
            <w:r/>
            <w:r>
              <w:rPr>
                <w:rFonts w:ascii="Calibri" w:hAnsi="Calibri" w:eastAsia="宋体"/>
                <w:b w:val="0"/>
                <w:sz w:val="16"/>
              </w:rPr>
              <w:t>最低地上高</w:t>
            </w:r>
          </w:p>
        </w:tc>
        <w:tc>
          <w:tcPr>
            <w:tcW w:type="dxa" w:w="5112"/>
          </w:tcPr>
          <w:p>
            <w:r/>
            <w:r>
              <w:rPr>
                <w:rFonts w:ascii="Calibri" w:hAnsi="Calibri" w:eastAsia="宋体"/>
                <w:b w:val="0"/>
                <w:sz w:val="16"/>
              </w:rPr>
              <w:t>280 mm</w:t>
            </w:r>
          </w:p>
        </w:tc>
      </w:tr>
    </w:tbl>
    <w:p/>
    <w:p>
      <w:pPr>
        <w:pStyle w:val="Heading1"/>
      </w:pPr>
      <w:r>
        <w:rPr>
          <w:rFonts w:ascii="Calibri" w:hAnsi="Calibri" w:eastAsia="宋体"/>
          <w:b/>
          <w:sz w:val="32"/>
        </w:rPr>
        <w:t>2. 電動バイク</w:t>
      </w:r>
    </w:p>
    <w:p>
      <w:pPr>
        <w:pStyle w:val="Heading2"/>
      </w:pPr>
      <w:r>
        <w:rPr>
          <w:rFonts w:ascii="Calibri" w:hAnsi="Calibri" w:eastAsia="宋体"/>
          <w:b/>
          <w:sz w:val="26"/>
        </w:rPr>
        <w:t>T01</w:t>
      </w:r>
    </w:p>
    <w:p>
      <w:r>
        <w:rPr>
          <w:rFonts w:ascii="Calibri" w:hAnsi="Calibri" w:eastAsia="宋体"/>
          <w:b w:val="0"/>
          <w:sz w:val="21"/>
        </w:rPr>
        <w:t>20インチ空気入りタイヤとフルサスペンションを備えたモトスタイル電動バイク。</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モーター</w:t>
            </w:r>
          </w:p>
        </w:tc>
        <w:tc>
          <w:tcPr>
            <w:tcW w:type="dxa" w:w="5112"/>
          </w:tcPr>
          <w:p>
            <w:r/>
            <w:r>
              <w:rPr>
                <w:rFonts w:ascii="Calibri" w:hAnsi="Calibri" w:eastAsia="宋体"/>
                <w:b w:val="0"/>
                <w:sz w:val="16"/>
              </w:rPr>
              <w:t>1 kW（定格出力 0.5 kW）</w:t>
            </w:r>
          </w:p>
        </w:tc>
      </w:tr>
      <w:tr>
        <w:tc>
          <w:tcPr>
            <w:tcW w:type="dxa" w:w="5112"/>
          </w:tcPr>
          <w:p>
            <w:r/>
            <w:r>
              <w:rPr>
                <w:rFonts w:ascii="Calibri" w:hAnsi="Calibri" w:eastAsia="宋体"/>
                <w:b w:val="0"/>
                <w:sz w:val="16"/>
              </w:rPr>
              <w:t>バッテリー</w:t>
            </w:r>
          </w:p>
        </w:tc>
        <w:tc>
          <w:tcPr>
            <w:tcW w:type="dxa" w:w="5112"/>
          </w:tcPr>
          <w:p>
            <w:r/>
            <w:r>
              <w:rPr>
                <w:rFonts w:ascii="Calibri" w:hAnsi="Calibri" w:eastAsia="宋体"/>
                <w:b w:val="0"/>
                <w:sz w:val="16"/>
              </w:rPr>
              <w:t>48 V 15 Ah</w:t>
            </w:r>
          </w:p>
        </w:tc>
      </w:tr>
      <w:tr>
        <w:tc>
          <w:tcPr>
            <w:tcW w:type="dxa" w:w="5112"/>
          </w:tcPr>
          <w:p>
            <w:r/>
            <w:r>
              <w:rPr>
                <w:rFonts w:ascii="Calibri" w:hAnsi="Calibri" w:eastAsia="宋体"/>
                <w:b w:val="0"/>
                <w:sz w:val="16"/>
              </w:rPr>
              <w:t>充電電圧</w:t>
            </w:r>
          </w:p>
        </w:tc>
        <w:tc>
          <w:tcPr>
            <w:tcW w:type="dxa" w:w="5112"/>
          </w:tcPr>
          <w:p>
            <w:r/>
            <w:r>
              <w:rPr>
                <w:rFonts w:ascii="Calibri" w:hAnsi="Calibri" w:eastAsia="宋体"/>
                <w:b w:val="0"/>
                <w:sz w:val="16"/>
              </w:rPr>
              <w:t>54.6 V</w:t>
            </w:r>
          </w:p>
        </w:tc>
      </w:tr>
      <w:tr>
        <w:tc>
          <w:tcPr>
            <w:tcW w:type="dxa" w:w="5112"/>
          </w:tcPr>
          <w:p>
            <w:r/>
            <w:r>
              <w:rPr>
                <w:rFonts w:ascii="Calibri" w:hAnsi="Calibri" w:eastAsia="宋体"/>
                <w:b w:val="0"/>
                <w:sz w:val="16"/>
              </w:rPr>
              <w:t>最高速度</w:t>
            </w:r>
          </w:p>
        </w:tc>
        <w:tc>
          <w:tcPr>
            <w:tcW w:type="dxa" w:w="5112"/>
          </w:tcPr>
          <w:p>
            <w:r/>
            <w:r>
              <w:rPr>
                <w:rFonts w:ascii="Calibri" w:hAnsi="Calibri" w:eastAsia="宋体"/>
                <w:b w:val="0"/>
                <w:sz w:val="16"/>
              </w:rPr>
              <w:t>48 km/h</w:t>
            </w:r>
          </w:p>
        </w:tc>
      </w:tr>
      <w:tr>
        <w:tc>
          <w:tcPr>
            <w:tcW w:type="dxa" w:w="5112"/>
          </w:tcPr>
          <w:p>
            <w:r/>
            <w:r>
              <w:rPr>
                <w:rFonts w:ascii="Calibri" w:hAnsi="Calibri" w:eastAsia="宋体"/>
                <w:b w:val="0"/>
                <w:sz w:val="16"/>
              </w:rPr>
              <w:t>航続距離</w:t>
            </w:r>
          </w:p>
        </w:tc>
        <w:tc>
          <w:tcPr>
            <w:tcW w:type="dxa" w:w="5112"/>
          </w:tcPr>
          <w:p>
            <w:r/>
            <w:r>
              <w:rPr>
                <w:rFonts w:ascii="Calibri" w:hAnsi="Calibri" w:eastAsia="宋体"/>
                <w:b w:val="0"/>
                <w:sz w:val="16"/>
              </w:rPr>
              <w:t>60 km（積載65 kg、35 km/h以下走行時）</w:t>
            </w:r>
          </w:p>
        </w:tc>
      </w:tr>
      <w:tr>
        <w:tc>
          <w:tcPr>
            <w:tcW w:type="dxa" w:w="5112"/>
          </w:tcPr>
          <w:p>
            <w:r/>
            <w:r>
              <w:rPr>
                <w:rFonts w:ascii="Calibri" w:hAnsi="Calibri" w:eastAsia="宋体"/>
                <w:b w:val="0"/>
                <w:sz w:val="16"/>
              </w:rPr>
              <w:t>タイヤ</w:t>
            </w:r>
          </w:p>
        </w:tc>
        <w:tc>
          <w:tcPr>
            <w:tcW w:type="dxa" w:w="5112"/>
          </w:tcPr>
          <w:p>
            <w:r/>
            <w:r>
              <w:rPr>
                <w:rFonts w:ascii="Calibri" w:hAnsi="Calibri" w:eastAsia="宋体"/>
                <w:b w:val="0"/>
                <w:sz w:val="16"/>
              </w:rPr>
              <w:t>20インチ、空気入り</w:t>
            </w:r>
          </w:p>
        </w:tc>
      </w:tr>
      <w:tr>
        <w:tc>
          <w:tcPr>
            <w:tcW w:type="dxa" w:w="5112"/>
          </w:tcPr>
          <w:p>
            <w:r/>
            <w:r>
              <w:rPr>
                <w:rFonts w:ascii="Calibri" w:hAnsi="Calibri" w:eastAsia="宋体"/>
                <w:b w:val="0"/>
                <w:sz w:val="16"/>
              </w:rPr>
              <w:t>最大積載量</w:t>
            </w:r>
          </w:p>
        </w:tc>
        <w:tc>
          <w:tcPr>
            <w:tcW w:type="dxa" w:w="5112"/>
          </w:tcPr>
          <w:p>
            <w:r/>
            <w:r>
              <w:rPr>
                <w:rFonts w:ascii="Calibri" w:hAnsi="Calibri" w:eastAsia="宋体"/>
                <w:b w:val="0"/>
                <w:sz w:val="16"/>
              </w:rPr>
              <w:t>150 kg</w:t>
            </w:r>
          </w:p>
        </w:tc>
      </w:tr>
      <w:tr>
        <w:tc>
          <w:tcPr>
            <w:tcW w:type="dxa" w:w="5112"/>
          </w:tcPr>
          <w:p>
            <w:r/>
            <w:r>
              <w:rPr>
                <w:rFonts w:ascii="Calibri" w:hAnsi="Calibri" w:eastAsia="宋体"/>
                <w:b w:val="0"/>
                <w:sz w:val="16"/>
              </w:rPr>
              <w:t>最大登坂能力</w:t>
            </w:r>
          </w:p>
        </w:tc>
        <w:tc>
          <w:tcPr>
            <w:tcW w:type="dxa" w:w="5112"/>
          </w:tcPr>
          <w:p>
            <w:r/>
            <w:r>
              <w:rPr>
                <w:rFonts w:ascii="Calibri" w:hAnsi="Calibri" w:eastAsia="宋体"/>
                <w:b w:val="0"/>
                <w:sz w:val="16"/>
              </w:rPr>
              <w:t>30%</w:t>
            </w:r>
          </w:p>
        </w:tc>
      </w:tr>
      <w:tr>
        <w:tc>
          <w:tcPr>
            <w:tcW w:type="dxa" w:w="5112"/>
          </w:tcPr>
          <w:p>
            <w:r/>
            <w:r>
              <w:rPr>
                <w:rFonts w:ascii="Calibri" w:hAnsi="Calibri" w:eastAsia="宋体"/>
                <w:b w:val="0"/>
                <w:sz w:val="16"/>
              </w:rPr>
              <w:t>ブレーキ</w:t>
            </w:r>
          </w:p>
        </w:tc>
        <w:tc>
          <w:tcPr>
            <w:tcW w:type="dxa" w:w="5112"/>
          </w:tcPr>
          <w:p>
            <w:r/>
            <w:r>
              <w:rPr>
                <w:rFonts w:ascii="Calibri" w:hAnsi="Calibri" w:eastAsia="宋体"/>
                <w:b w:val="0"/>
                <w:sz w:val="16"/>
              </w:rPr>
              <w:t>油圧ブレーキ</w:t>
            </w:r>
          </w:p>
        </w:tc>
      </w:tr>
      <w:tr>
        <w:tc>
          <w:tcPr>
            <w:tcW w:type="dxa" w:w="5112"/>
          </w:tcPr>
          <w:p>
            <w:r/>
            <w:r>
              <w:rPr>
                <w:rFonts w:ascii="Calibri" w:hAnsi="Calibri" w:eastAsia="宋体"/>
                <w:b w:val="0"/>
                <w:sz w:val="16"/>
              </w:rPr>
              <w:t>ディスプレイ</w:t>
            </w:r>
          </w:p>
        </w:tc>
        <w:tc>
          <w:tcPr>
            <w:tcW w:type="dxa" w:w="5112"/>
          </w:tcPr>
          <w:p>
            <w:r/>
            <w:r>
              <w:rPr>
                <w:rFonts w:ascii="Calibri" w:hAnsi="Calibri" w:eastAsia="宋体"/>
                <w:b w:val="0"/>
                <w:sz w:val="16"/>
              </w:rPr>
              <w:t>LCD：速度、ギア、バッテリー残量、航続距離</w:t>
            </w:r>
          </w:p>
        </w:tc>
      </w:tr>
      <w:tr>
        <w:tc>
          <w:tcPr>
            <w:tcW w:type="dxa" w:w="5112"/>
          </w:tcPr>
          <w:p>
            <w:r/>
            <w:r>
              <w:rPr>
                <w:rFonts w:ascii="Calibri" w:hAnsi="Calibri" w:eastAsia="宋体"/>
                <w:b w:val="0"/>
                <w:sz w:val="16"/>
              </w:rPr>
              <w:t>ライトシステム</w:t>
            </w:r>
          </w:p>
        </w:tc>
        <w:tc>
          <w:tcPr>
            <w:tcW w:type="dxa" w:w="5112"/>
          </w:tcPr>
          <w:p>
            <w:r/>
            <w:r>
              <w:rPr>
                <w:rFonts w:ascii="Calibri" w:hAnsi="Calibri" w:eastAsia="宋体"/>
                <w:b w:val="0"/>
                <w:sz w:val="16"/>
              </w:rPr>
              <w:t>ヘッドライト</w:t>
            </w:r>
          </w:p>
        </w:tc>
      </w:tr>
      <w:tr>
        <w:tc>
          <w:tcPr>
            <w:tcW w:type="dxa" w:w="5112"/>
          </w:tcPr>
          <w:p>
            <w:r/>
            <w:r>
              <w:rPr>
                <w:rFonts w:ascii="Calibri" w:hAnsi="Calibri" w:eastAsia="宋体"/>
                <w:b w:val="0"/>
                <w:sz w:val="16"/>
              </w:rPr>
              <w:t>素材</w:t>
            </w:r>
          </w:p>
        </w:tc>
        <w:tc>
          <w:tcPr>
            <w:tcW w:type="dxa" w:w="5112"/>
          </w:tcPr>
          <w:p>
            <w:r/>
            <w:r>
              <w:rPr>
                <w:rFonts w:ascii="Calibri" w:hAnsi="Calibri" w:eastAsia="宋体"/>
                <w:b w:val="0"/>
                <w:sz w:val="16"/>
              </w:rPr>
              <w:t>アルミニウム合金</w:t>
            </w:r>
          </w:p>
        </w:tc>
      </w:tr>
      <w:tr>
        <w:tc>
          <w:tcPr>
            <w:tcW w:type="dxa" w:w="5112"/>
          </w:tcPr>
          <w:p>
            <w:r/>
            <w:r>
              <w:rPr>
                <w:rFonts w:ascii="Calibri" w:hAnsi="Calibri" w:eastAsia="宋体"/>
                <w:b w:val="0"/>
                <w:sz w:val="16"/>
              </w:rPr>
              <w:t>サスペンション</w:t>
            </w:r>
          </w:p>
        </w:tc>
        <w:tc>
          <w:tcPr>
            <w:tcW w:type="dxa" w:w="5112"/>
          </w:tcPr>
          <w:p>
            <w:r/>
            <w:r>
              <w:rPr>
                <w:rFonts w:ascii="Calibri" w:hAnsi="Calibri" w:eastAsia="宋体"/>
                <w:b w:val="0"/>
                <w:sz w:val="16"/>
              </w:rPr>
              <w:t>（フロント）オイルショックアブソーバー；（リア）エアショックアブソーバー</w:t>
            </w:r>
          </w:p>
        </w:tc>
      </w:tr>
      <w:tr>
        <w:tc>
          <w:tcPr>
            <w:tcW w:type="dxa" w:w="5112"/>
          </w:tcPr>
          <w:p>
            <w:r/>
            <w:r>
              <w:rPr>
                <w:rFonts w:ascii="Calibri" w:hAnsi="Calibri" w:eastAsia="宋体"/>
                <w:b w:val="0"/>
                <w:sz w:val="16"/>
              </w:rPr>
              <w:t>充電時間</w:t>
            </w:r>
          </w:p>
        </w:tc>
        <w:tc>
          <w:tcPr>
            <w:tcW w:type="dxa" w:w="5112"/>
          </w:tcPr>
          <w:p>
            <w:r/>
            <w:r>
              <w:rPr>
                <w:rFonts w:ascii="Calibri" w:hAnsi="Calibri" w:eastAsia="宋体"/>
                <w:b w:val="0"/>
                <w:sz w:val="16"/>
              </w:rPr>
              <w:t>7～8時間</w:t>
            </w:r>
          </w:p>
        </w:tc>
      </w:tr>
      <w:tr>
        <w:tc>
          <w:tcPr>
            <w:tcW w:type="dxa" w:w="5112"/>
          </w:tcPr>
          <w:p>
            <w:r/>
            <w:r>
              <w:rPr>
                <w:rFonts w:ascii="Calibri" w:hAnsi="Calibri" w:eastAsia="宋体"/>
                <w:b w:val="0"/>
                <w:sz w:val="16"/>
              </w:rPr>
              <w:t>折りたたみ</w:t>
            </w:r>
          </w:p>
        </w:tc>
        <w:tc>
          <w:tcPr>
            <w:tcW w:type="dxa" w:w="5112"/>
          </w:tcPr>
          <w:p>
            <w:r/>
            <w:r>
              <w:rPr>
                <w:rFonts w:ascii="Calibri" w:hAnsi="Calibri" w:eastAsia="宋体"/>
                <w:b w:val="0"/>
                <w:sz w:val="16"/>
              </w:rPr>
              <w:t>不可</w:t>
            </w:r>
          </w:p>
        </w:tc>
      </w:tr>
      <w:tr>
        <w:tc>
          <w:tcPr>
            <w:tcW w:type="dxa" w:w="5112"/>
          </w:tcPr>
          <w:p>
            <w:r/>
            <w:r>
              <w:rPr>
                <w:rFonts w:ascii="Calibri" w:hAnsi="Calibri" w:eastAsia="宋体"/>
                <w:b w:val="0"/>
                <w:sz w:val="16"/>
              </w:rPr>
              <w:t>シート</w:t>
            </w:r>
          </w:p>
        </w:tc>
        <w:tc>
          <w:tcPr>
            <w:tcW w:type="dxa" w:w="5112"/>
          </w:tcPr>
          <w:p>
            <w:r/>
            <w:r>
              <w:rPr>
                <w:rFonts w:ascii="Calibri" w:hAnsi="Calibri" w:eastAsia="宋体"/>
                <w:b w:val="0"/>
                <w:sz w:val="16"/>
              </w:rPr>
              <w:t>あり</w:t>
            </w:r>
          </w:p>
        </w:tc>
      </w:tr>
      <w:tr>
        <w:tc>
          <w:tcPr>
            <w:tcW w:type="dxa" w:w="5112"/>
          </w:tcPr>
          <w:p>
            <w:r/>
            <w:r>
              <w:rPr>
                <w:rFonts w:ascii="Calibri" w:hAnsi="Calibri" w:eastAsia="宋体"/>
                <w:b w:val="0"/>
                <w:sz w:val="16"/>
              </w:rPr>
              <w:t>対象年齢</w:t>
            </w:r>
          </w:p>
        </w:tc>
        <w:tc>
          <w:tcPr>
            <w:tcW w:type="dxa" w:w="5112"/>
          </w:tcPr>
          <w:p>
            <w:r/>
            <w:r>
              <w:rPr>
                <w:rFonts w:ascii="Calibri" w:hAnsi="Calibri" w:eastAsia="宋体"/>
                <w:b w:val="0"/>
                <w:sz w:val="16"/>
              </w:rPr>
              <w:t>16～50歳</w:t>
            </w:r>
          </w:p>
        </w:tc>
      </w:tr>
      <w:tr>
        <w:tc>
          <w:tcPr>
            <w:tcW w:type="dxa" w:w="5112"/>
          </w:tcPr>
          <w:p>
            <w:r/>
            <w:r>
              <w:rPr>
                <w:rFonts w:ascii="Calibri" w:hAnsi="Calibri" w:eastAsia="宋体"/>
                <w:b w:val="0"/>
                <w:sz w:val="16"/>
              </w:rPr>
              <w:t>正味重量 / 総重量</w:t>
            </w:r>
          </w:p>
        </w:tc>
        <w:tc>
          <w:tcPr>
            <w:tcW w:type="dxa" w:w="5112"/>
          </w:tcPr>
          <w:p>
            <w:r/>
            <w:r>
              <w:rPr>
                <w:rFonts w:ascii="Calibri" w:hAnsi="Calibri" w:eastAsia="宋体"/>
                <w:b w:val="0"/>
                <w:sz w:val="16"/>
              </w:rPr>
              <w:t>38 / 42 kg</w:t>
            </w:r>
          </w:p>
        </w:tc>
      </w:tr>
      <w:tr>
        <w:tc>
          <w:tcPr>
            <w:tcW w:type="dxa" w:w="5112"/>
          </w:tcPr>
          <w:p>
            <w:r/>
            <w:r>
              <w:rPr>
                <w:rFonts w:ascii="Calibri" w:hAnsi="Calibri" w:eastAsia="宋体"/>
                <w:b w:val="0"/>
                <w:sz w:val="16"/>
              </w:rPr>
              <w:t>梱包サイズ</w:t>
            </w:r>
          </w:p>
        </w:tc>
        <w:tc>
          <w:tcPr>
            <w:tcW w:type="dxa" w:w="5112"/>
          </w:tcPr>
          <w:p>
            <w:r/>
            <w:r>
              <w:rPr>
                <w:rFonts w:ascii="Calibri" w:hAnsi="Calibri" w:eastAsia="宋体"/>
                <w:b w:val="0"/>
                <w:sz w:val="16"/>
              </w:rPr>
              <w:t>1440 x 300 x 820 mm</w:t>
            </w:r>
          </w:p>
        </w:tc>
      </w:tr>
      <w:tr>
        <w:tc>
          <w:tcPr>
            <w:tcW w:type="dxa" w:w="5112"/>
          </w:tcPr>
          <w:p>
            <w:r/>
            <w:r>
              <w:rPr>
                <w:rFonts w:ascii="Calibri" w:hAnsi="Calibri" w:eastAsia="宋体"/>
                <w:b w:val="0"/>
                <w:sz w:val="16"/>
              </w:rPr>
              <w:t>展開サイズ</w:t>
            </w:r>
          </w:p>
        </w:tc>
        <w:tc>
          <w:tcPr>
            <w:tcW w:type="dxa" w:w="5112"/>
          </w:tcPr>
          <w:p>
            <w:r/>
            <w:r>
              <w:rPr>
                <w:rFonts w:ascii="Calibri" w:hAnsi="Calibri" w:eastAsia="宋体"/>
                <w:b w:val="0"/>
                <w:sz w:val="16"/>
              </w:rPr>
              <w:t>1710 x 650 x 1110 mm</w:t>
            </w:r>
          </w:p>
        </w:tc>
      </w:tr>
      <w:tr>
        <w:tc>
          <w:tcPr>
            <w:tcW w:type="dxa" w:w="5112"/>
          </w:tcPr>
          <w:p>
            <w:r/>
            <w:r>
              <w:rPr>
                <w:rFonts w:ascii="Calibri" w:hAnsi="Calibri" w:eastAsia="宋体"/>
                <w:b w:val="0"/>
                <w:sz w:val="16"/>
              </w:rPr>
              <w:t>積載数量</w:t>
            </w:r>
          </w:p>
        </w:tc>
        <w:tc>
          <w:tcPr>
            <w:tcW w:type="dxa" w:w="5112"/>
          </w:tcPr>
          <w:p>
            <w:r/>
            <w:r>
              <w:rPr>
                <w:rFonts w:ascii="Calibri" w:hAnsi="Calibri" w:eastAsia="宋体"/>
                <w:b w:val="0"/>
                <w:sz w:val="16"/>
              </w:rPr>
              <w:t>72台 / 20GP；185台 / 40HQ</w:t>
            </w:r>
          </w:p>
        </w:tc>
      </w:tr>
    </w:tbl>
    <w:p/>
    <w:p>
      <w:pPr>
        <w:pStyle w:val="Heading2"/>
      </w:pPr>
      <w:r>
        <w:rPr>
          <w:rFonts w:ascii="Calibri" w:hAnsi="Calibri" w:eastAsia="宋体"/>
          <w:b/>
          <w:sz w:val="26"/>
        </w:rPr>
        <w:t>T01 pro</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モーター</w:t>
            </w:r>
          </w:p>
        </w:tc>
        <w:tc>
          <w:tcPr>
            <w:tcW w:type="dxa" w:w="5112"/>
          </w:tcPr>
          <w:p>
            <w:r/>
            <w:r>
              <w:rPr>
                <w:rFonts w:ascii="Calibri" w:hAnsi="Calibri" w:eastAsia="宋体"/>
                <w:b w:val="0"/>
                <w:sz w:val="16"/>
              </w:rPr>
              <w:t>3000 W</w:t>
            </w:r>
          </w:p>
        </w:tc>
      </w:tr>
      <w:tr>
        <w:tc>
          <w:tcPr>
            <w:tcW w:type="dxa" w:w="5112"/>
          </w:tcPr>
          <w:p>
            <w:r/>
            <w:r>
              <w:rPr>
                <w:rFonts w:ascii="Calibri" w:hAnsi="Calibri" w:eastAsia="宋体"/>
                <w:b w:val="0"/>
                <w:sz w:val="16"/>
              </w:rPr>
              <w:t>バッテリー</w:t>
            </w:r>
          </w:p>
        </w:tc>
        <w:tc>
          <w:tcPr>
            <w:tcW w:type="dxa" w:w="5112"/>
          </w:tcPr>
          <w:p>
            <w:r/>
            <w:r>
              <w:rPr>
                <w:rFonts w:ascii="Calibri" w:hAnsi="Calibri" w:eastAsia="宋体"/>
                <w:b w:val="0"/>
                <w:sz w:val="16"/>
              </w:rPr>
              <w:t>52 V 25 Ah</w:t>
            </w:r>
          </w:p>
        </w:tc>
      </w:tr>
      <w:tr>
        <w:tc>
          <w:tcPr>
            <w:tcW w:type="dxa" w:w="5112"/>
          </w:tcPr>
          <w:p>
            <w:r/>
            <w:r>
              <w:rPr>
                <w:rFonts w:ascii="Calibri" w:hAnsi="Calibri" w:eastAsia="宋体"/>
                <w:b w:val="0"/>
                <w:sz w:val="16"/>
              </w:rPr>
              <w:t>充電電圧</w:t>
            </w:r>
          </w:p>
        </w:tc>
        <w:tc>
          <w:tcPr>
            <w:tcW w:type="dxa" w:w="5112"/>
          </w:tcPr>
          <w:p>
            <w:r/>
            <w:r>
              <w:rPr>
                <w:rFonts w:ascii="Calibri" w:hAnsi="Calibri" w:eastAsia="宋体"/>
                <w:b w:val="0"/>
                <w:sz w:val="16"/>
              </w:rPr>
              <w:t>58.8 V</w:t>
            </w:r>
          </w:p>
        </w:tc>
      </w:tr>
      <w:tr>
        <w:tc>
          <w:tcPr>
            <w:tcW w:type="dxa" w:w="5112"/>
          </w:tcPr>
          <w:p>
            <w:r/>
            <w:r>
              <w:rPr>
                <w:rFonts w:ascii="Calibri" w:hAnsi="Calibri" w:eastAsia="宋体"/>
                <w:b w:val="0"/>
                <w:sz w:val="16"/>
              </w:rPr>
              <w:t>最高速度</w:t>
            </w:r>
          </w:p>
        </w:tc>
        <w:tc>
          <w:tcPr>
            <w:tcW w:type="dxa" w:w="5112"/>
          </w:tcPr>
          <w:p>
            <w:r/>
            <w:r>
              <w:rPr>
                <w:rFonts w:ascii="Calibri" w:hAnsi="Calibri" w:eastAsia="宋体"/>
                <w:b w:val="0"/>
                <w:sz w:val="16"/>
              </w:rPr>
              <w:t>70 km/h</w:t>
            </w:r>
          </w:p>
        </w:tc>
      </w:tr>
      <w:tr>
        <w:tc>
          <w:tcPr>
            <w:tcW w:type="dxa" w:w="5112"/>
          </w:tcPr>
          <w:p>
            <w:r/>
            <w:r>
              <w:rPr>
                <w:rFonts w:ascii="Calibri" w:hAnsi="Calibri" w:eastAsia="宋体"/>
                <w:b w:val="0"/>
                <w:sz w:val="16"/>
              </w:rPr>
              <w:t>航続距離</w:t>
            </w:r>
          </w:p>
        </w:tc>
        <w:tc>
          <w:tcPr>
            <w:tcW w:type="dxa" w:w="5112"/>
          </w:tcPr>
          <w:p>
            <w:r/>
            <w:r>
              <w:rPr>
                <w:rFonts w:ascii="Calibri" w:hAnsi="Calibri" w:eastAsia="宋体"/>
                <w:b w:val="0"/>
                <w:sz w:val="16"/>
              </w:rPr>
              <w:t>100 km（積載65 kg、35 km/h以下走行時）</w:t>
            </w:r>
          </w:p>
        </w:tc>
      </w:tr>
      <w:tr>
        <w:tc>
          <w:tcPr>
            <w:tcW w:type="dxa" w:w="5112"/>
          </w:tcPr>
          <w:p>
            <w:r/>
            <w:r>
              <w:rPr>
                <w:rFonts w:ascii="Calibri" w:hAnsi="Calibri" w:eastAsia="宋体"/>
                <w:b w:val="0"/>
                <w:sz w:val="16"/>
              </w:rPr>
              <w:t>タイヤ</w:t>
            </w:r>
          </w:p>
        </w:tc>
        <w:tc>
          <w:tcPr>
            <w:tcW w:type="dxa" w:w="5112"/>
          </w:tcPr>
          <w:p>
            <w:r/>
            <w:r>
              <w:rPr>
                <w:rFonts w:ascii="Calibri" w:hAnsi="Calibri" w:eastAsia="宋体"/>
                <w:b w:val="0"/>
                <w:sz w:val="16"/>
              </w:rPr>
              <w:t>20インチ、空気入り</w:t>
            </w:r>
          </w:p>
        </w:tc>
      </w:tr>
      <w:tr>
        <w:tc>
          <w:tcPr>
            <w:tcW w:type="dxa" w:w="5112"/>
          </w:tcPr>
          <w:p>
            <w:r/>
            <w:r>
              <w:rPr>
                <w:rFonts w:ascii="Calibri" w:hAnsi="Calibri" w:eastAsia="宋体"/>
                <w:b w:val="0"/>
                <w:sz w:val="16"/>
              </w:rPr>
              <w:t>最大積載量</w:t>
            </w:r>
          </w:p>
        </w:tc>
        <w:tc>
          <w:tcPr>
            <w:tcW w:type="dxa" w:w="5112"/>
          </w:tcPr>
          <w:p>
            <w:r/>
            <w:r>
              <w:rPr>
                <w:rFonts w:ascii="Calibri" w:hAnsi="Calibri" w:eastAsia="宋体"/>
                <w:b w:val="0"/>
                <w:sz w:val="16"/>
              </w:rPr>
              <w:t>150 kg</w:t>
            </w:r>
          </w:p>
        </w:tc>
      </w:tr>
      <w:tr>
        <w:tc>
          <w:tcPr>
            <w:tcW w:type="dxa" w:w="5112"/>
          </w:tcPr>
          <w:p>
            <w:r/>
            <w:r>
              <w:rPr>
                <w:rFonts w:ascii="Calibri" w:hAnsi="Calibri" w:eastAsia="宋体"/>
                <w:b w:val="0"/>
                <w:sz w:val="16"/>
              </w:rPr>
              <w:t>最大登坂能力</w:t>
            </w:r>
          </w:p>
        </w:tc>
        <w:tc>
          <w:tcPr>
            <w:tcW w:type="dxa" w:w="5112"/>
          </w:tcPr>
          <w:p>
            <w:r/>
            <w:r>
              <w:rPr>
                <w:rFonts w:ascii="Calibri" w:hAnsi="Calibri" w:eastAsia="宋体"/>
                <w:b w:val="0"/>
                <w:sz w:val="16"/>
              </w:rPr>
              <w:t>35%</w:t>
            </w:r>
          </w:p>
        </w:tc>
      </w:tr>
      <w:tr>
        <w:tc>
          <w:tcPr>
            <w:tcW w:type="dxa" w:w="5112"/>
          </w:tcPr>
          <w:p>
            <w:r/>
            <w:r>
              <w:rPr>
                <w:rFonts w:ascii="Calibri" w:hAnsi="Calibri" w:eastAsia="宋体"/>
                <w:b w:val="0"/>
                <w:sz w:val="16"/>
              </w:rPr>
              <w:t>ブレーキ</w:t>
            </w:r>
          </w:p>
        </w:tc>
        <w:tc>
          <w:tcPr>
            <w:tcW w:type="dxa" w:w="5112"/>
          </w:tcPr>
          <w:p>
            <w:r/>
            <w:r>
              <w:rPr>
                <w:rFonts w:ascii="Calibri" w:hAnsi="Calibri" w:eastAsia="宋体"/>
                <w:b w:val="0"/>
                <w:sz w:val="16"/>
              </w:rPr>
              <w:t>油圧ブレーキ</w:t>
            </w:r>
          </w:p>
        </w:tc>
      </w:tr>
      <w:tr>
        <w:tc>
          <w:tcPr>
            <w:tcW w:type="dxa" w:w="5112"/>
          </w:tcPr>
          <w:p>
            <w:r/>
            <w:r>
              <w:rPr>
                <w:rFonts w:ascii="Calibri" w:hAnsi="Calibri" w:eastAsia="宋体"/>
                <w:b w:val="0"/>
                <w:sz w:val="16"/>
              </w:rPr>
              <w:t>ディスプレイ</w:t>
            </w:r>
          </w:p>
        </w:tc>
        <w:tc>
          <w:tcPr>
            <w:tcW w:type="dxa" w:w="5112"/>
          </w:tcPr>
          <w:p>
            <w:r/>
            <w:r>
              <w:rPr>
                <w:rFonts w:ascii="Calibri" w:hAnsi="Calibri" w:eastAsia="宋体"/>
                <w:b w:val="0"/>
                <w:sz w:val="16"/>
              </w:rPr>
              <w:t>LCD：速度、ギア、バッテリー残量、航続距離</w:t>
            </w:r>
          </w:p>
        </w:tc>
      </w:tr>
      <w:tr>
        <w:tc>
          <w:tcPr>
            <w:tcW w:type="dxa" w:w="5112"/>
          </w:tcPr>
          <w:p>
            <w:r/>
            <w:r>
              <w:rPr>
                <w:rFonts w:ascii="Calibri" w:hAnsi="Calibri" w:eastAsia="宋体"/>
                <w:b w:val="0"/>
                <w:sz w:val="16"/>
              </w:rPr>
              <w:t>ライトシステム</w:t>
            </w:r>
          </w:p>
        </w:tc>
        <w:tc>
          <w:tcPr>
            <w:tcW w:type="dxa" w:w="5112"/>
          </w:tcPr>
          <w:p>
            <w:r/>
            <w:r>
              <w:rPr>
                <w:rFonts w:ascii="Calibri" w:hAnsi="Calibri" w:eastAsia="宋体"/>
                <w:b w:val="0"/>
                <w:sz w:val="16"/>
              </w:rPr>
              <w:t>ヘッドライト</w:t>
            </w:r>
          </w:p>
        </w:tc>
      </w:tr>
      <w:tr>
        <w:tc>
          <w:tcPr>
            <w:tcW w:type="dxa" w:w="5112"/>
          </w:tcPr>
          <w:p>
            <w:r/>
            <w:r>
              <w:rPr>
                <w:rFonts w:ascii="Calibri" w:hAnsi="Calibri" w:eastAsia="宋体"/>
                <w:b w:val="0"/>
                <w:sz w:val="16"/>
              </w:rPr>
              <w:t>素材</w:t>
            </w:r>
          </w:p>
        </w:tc>
        <w:tc>
          <w:tcPr>
            <w:tcW w:type="dxa" w:w="5112"/>
          </w:tcPr>
          <w:p>
            <w:r/>
            <w:r>
              <w:rPr>
                <w:rFonts w:ascii="Calibri" w:hAnsi="Calibri" w:eastAsia="宋体"/>
                <w:b w:val="0"/>
                <w:sz w:val="16"/>
              </w:rPr>
              <w:t>アルミニウム合金</w:t>
            </w:r>
          </w:p>
        </w:tc>
      </w:tr>
      <w:tr>
        <w:tc>
          <w:tcPr>
            <w:tcW w:type="dxa" w:w="5112"/>
          </w:tcPr>
          <w:p>
            <w:r/>
            <w:r>
              <w:rPr>
                <w:rFonts w:ascii="Calibri" w:hAnsi="Calibri" w:eastAsia="宋体"/>
                <w:b w:val="0"/>
                <w:sz w:val="16"/>
              </w:rPr>
              <w:t>サスペンション</w:t>
            </w:r>
          </w:p>
        </w:tc>
        <w:tc>
          <w:tcPr>
            <w:tcW w:type="dxa" w:w="5112"/>
          </w:tcPr>
          <w:p>
            <w:r/>
            <w:r>
              <w:rPr>
                <w:rFonts w:ascii="Calibri" w:hAnsi="Calibri" w:eastAsia="宋体"/>
                <w:b w:val="0"/>
                <w:sz w:val="16"/>
              </w:rPr>
              <w:t>（フロント）オイルショックアブソーバー；（リア）エアショックアブソーバー</w:t>
            </w:r>
          </w:p>
        </w:tc>
      </w:tr>
      <w:tr>
        <w:tc>
          <w:tcPr>
            <w:tcW w:type="dxa" w:w="5112"/>
          </w:tcPr>
          <w:p>
            <w:r/>
            <w:r>
              <w:rPr>
                <w:rFonts w:ascii="Calibri" w:hAnsi="Calibri" w:eastAsia="宋体"/>
                <w:b w:val="0"/>
                <w:sz w:val="16"/>
              </w:rPr>
              <w:t>充電時間</w:t>
            </w:r>
          </w:p>
        </w:tc>
        <w:tc>
          <w:tcPr>
            <w:tcW w:type="dxa" w:w="5112"/>
          </w:tcPr>
          <w:p>
            <w:r/>
            <w:r>
              <w:rPr>
                <w:rFonts w:ascii="Calibri" w:hAnsi="Calibri" w:eastAsia="宋体"/>
                <w:b w:val="0"/>
                <w:sz w:val="16"/>
              </w:rPr>
              <w:t>8～9時間</w:t>
            </w:r>
          </w:p>
        </w:tc>
      </w:tr>
      <w:tr>
        <w:tc>
          <w:tcPr>
            <w:tcW w:type="dxa" w:w="5112"/>
          </w:tcPr>
          <w:p>
            <w:r/>
            <w:r>
              <w:rPr>
                <w:rFonts w:ascii="Calibri" w:hAnsi="Calibri" w:eastAsia="宋体"/>
                <w:b w:val="0"/>
                <w:sz w:val="16"/>
              </w:rPr>
              <w:t>折りたたみ</w:t>
            </w:r>
          </w:p>
        </w:tc>
        <w:tc>
          <w:tcPr>
            <w:tcW w:type="dxa" w:w="5112"/>
          </w:tcPr>
          <w:p>
            <w:r/>
            <w:r>
              <w:rPr>
                <w:rFonts w:ascii="Calibri" w:hAnsi="Calibri" w:eastAsia="宋体"/>
                <w:b w:val="0"/>
                <w:sz w:val="16"/>
              </w:rPr>
              <w:t>不可</w:t>
            </w:r>
          </w:p>
        </w:tc>
      </w:tr>
      <w:tr>
        <w:tc>
          <w:tcPr>
            <w:tcW w:type="dxa" w:w="5112"/>
          </w:tcPr>
          <w:p>
            <w:r/>
            <w:r>
              <w:rPr>
                <w:rFonts w:ascii="Calibri" w:hAnsi="Calibri" w:eastAsia="宋体"/>
                <w:b w:val="0"/>
                <w:sz w:val="16"/>
              </w:rPr>
              <w:t>シート</w:t>
            </w:r>
          </w:p>
        </w:tc>
        <w:tc>
          <w:tcPr>
            <w:tcW w:type="dxa" w:w="5112"/>
          </w:tcPr>
          <w:p>
            <w:r/>
            <w:r>
              <w:rPr>
                <w:rFonts w:ascii="Calibri" w:hAnsi="Calibri" w:eastAsia="宋体"/>
                <w:b w:val="0"/>
                <w:sz w:val="16"/>
              </w:rPr>
              <w:t>あり</w:t>
            </w:r>
          </w:p>
        </w:tc>
      </w:tr>
      <w:tr>
        <w:tc>
          <w:tcPr>
            <w:tcW w:type="dxa" w:w="5112"/>
          </w:tcPr>
          <w:p>
            <w:r/>
            <w:r>
              <w:rPr>
                <w:rFonts w:ascii="Calibri" w:hAnsi="Calibri" w:eastAsia="宋体"/>
                <w:b w:val="0"/>
                <w:sz w:val="16"/>
              </w:rPr>
              <w:t>対象年齢</w:t>
            </w:r>
          </w:p>
        </w:tc>
        <w:tc>
          <w:tcPr>
            <w:tcW w:type="dxa" w:w="5112"/>
          </w:tcPr>
          <w:p>
            <w:r/>
            <w:r>
              <w:rPr>
                <w:rFonts w:ascii="Calibri" w:hAnsi="Calibri" w:eastAsia="宋体"/>
                <w:b w:val="0"/>
                <w:sz w:val="16"/>
              </w:rPr>
              <w:t>16～50歳</w:t>
            </w:r>
          </w:p>
        </w:tc>
      </w:tr>
      <w:tr>
        <w:tc>
          <w:tcPr>
            <w:tcW w:type="dxa" w:w="5112"/>
          </w:tcPr>
          <w:p>
            <w:r/>
            <w:r>
              <w:rPr>
                <w:rFonts w:ascii="Calibri" w:hAnsi="Calibri" w:eastAsia="宋体"/>
                <w:b w:val="0"/>
                <w:sz w:val="16"/>
              </w:rPr>
              <w:t>正味重量 / 総重量</w:t>
            </w:r>
          </w:p>
        </w:tc>
        <w:tc>
          <w:tcPr>
            <w:tcW w:type="dxa" w:w="5112"/>
          </w:tcPr>
          <w:p>
            <w:r/>
            <w:r>
              <w:rPr>
                <w:rFonts w:ascii="Calibri" w:hAnsi="Calibri" w:eastAsia="宋体"/>
                <w:b w:val="0"/>
                <w:sz w:val="16"/>
              </w:rPr>
              <w:t>50 / 55 kg</w:t>
            </w:r>
          </w:p>
        </w:tc>
      </w:tr>
      <w:tr>
        <w:tc>
          <w:tcPr>
            <w:tcW w:type="dxa" w:w="5112"/>
          </w:tcPr>
          <w:p>
            <w:r/>
            <w:r>
              <w:rPr>
                <w:rFonts w:ascii="Calibri" w:hAnsi="Calibri" w:eastAsia="宋体"/>
                <w:b w:val="0"/>
                <w:sz w:val="16"/>
              </w:rPr>
              <w:t>梱包サイズ</w:t>
            </w:r>
          </w:p>
        </w:tc>
        <w:tc>
          <w:tcPr>
            <w:tcW w:type="dxa" w:w="5112"/>
          </w:tcPr>
          <w:p>
            <w:r/>
            <w:r>
              <w:rPr>
                <w:rFonts w:ascii="Calibri" w:hAnsi="Calibri" w:eastAsia="宋体"/>
                <w:b w:val="0"/>
                <w:sz w:val="16"/>
              </w:rPr>
              <w:t>1195 x 275 x 490 mm</w:t>
            </w:r>
          </w:p>
        </w:tc>
      </w:tr>
      <w:tr>
        <w:tc>
          <w:tcPr>
            <w:tcW w:type="dxa" w:w="5112"/>
          </w:tcPr>
          <w:p>
            <w:r/>
            <w:r>
              <w:rPr>
                <w:rFonts w:ascii="Calibri" w:hAnsi="Calibri" w:eastAsia="宋体"/>
                <w:b w:val="0"/>
                <w:sz w:val="16"/>
              </w:rPr>
              <w:t>展開サイズ</w:t>
            </w:r>
          </w:p>
        </w:tc>
        <w:tc>
          <w:tcPr>
            <w:tcW w:type="dxa" w:w="5112"/>
          </w:tcPr>
          <w:p>
            <w:r/>
            <w:r>
              <w:rPr>
                <w:rFonts w:ascii="Calibri" w:hAnsi="Calibri" w:eastAsia="宋体"/>
                <w:b w:val="0"/>
                <w:sz w:val="16"/>
              </w:rPr>
              <w:t>1190 x 575 x 1150 mm</w:t>
            </w:r>
          </w:p>
        </w:tc>
      </w:tr>
      <w:tr>
        <w:tc>
          <w:tcPr>
            <w:tcW w:type="dxa" w:w="5112"/>
          </w:tcPr>
          <w:p>
            <w:r/>
            <w:r>
              <w:rPr>
                <w:rFonts w:ascii="Calibri" w:hAnsi="Calibri" w:eastAsia="宋体"/>
                <w:b w:val="0"/>
                <w:sz w:val="16"/>
              </w:rPr>
              <w:t>積載数量</w:t>
            </w:r>
          </w:p>
        </w:tc>
        <w:tc>
          <w:tcPr>
            <w:tcW w:type="dxa" w:w="5112"/>
          </w:tcPr>
          <w:p>
            <w:r/>
            <w:r>
              <w:rPr>
                <w:rFonts w:ascii="Calibri" w:hAnsi="Calibri" w:eastAsia="宋体"/>
                <w:b w:val="0"/>
                <w:sz w:val="16"/>
              </w:rPr>
              <w:t>176台 / 40HQ</w:t>
            </w:r>
          </w:p>
        </w:tc>
      </w:tr>
    </w:tbl>
    <w:p/>
    <w:p>
      <w:pPr>
        <w:pStyle w:val="Heading1"/>
      </w:pPr>
      <w:r>
        <w:rPr>
          <w:rFonts w:ascii="Calibri" w:hAnsi="Calibri" w:eastAsia="宋体"/>
          <w:b/>
          <w:sz w:val="32"/>
        </w:rPr>
        <w:t>3. 電動スクーター</w:t>
      </w:r>
    </w:p>
    <w:p>
      <w:pPr>
        <w:pStyle w:val="Heading2"/>
      </w:pPr>
      <w:r>
        <w:rPr>
          <w:rFonts w:ascii="Calibri" w:hAnsi="Calibri" w:eastAsia="宋体"/>
          <w:b/>
          <w:sz w:val="26"/>
        </w:rPr>
        <w:t>G2 MAX</w:t>
      </w:r>
    </w:p>
    <w:p>
      <w:r>
        <w:rPr>
          <w:rFonts w:ascii="Calibri" w:hAnsi="Calibri" w:eastAsia="宋体"/>
          <w:b w:val="0"/>
          <w:sz w:val="21"/>
        </w:rPr>
        <w:t>折りたたみ式オフロードスタイル電動スクーター、シングルモーター仕様。</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モーター</w:t>
            </w:r>
          </w:p>
        </w:tc>
        <w:tc>
          <w:tcPr>
            <w:tcW w:type="dxa" w:w="5112"/>
          </w:tcPr>
          <w:p>
            <w:r/>
            <w:r>
              <w:rPr>
                <w:rFonts w:ascii="Calibri" w:hAnsi="Calibri" w:eastAsia="宋体"/>
                <w:b w:val="0"/>
                <w:sz w:val="16"/>
              </w:rPr>
              <w:t>1050 W ～ 1200 W</w:t>
            </w:r>
          </w:p>
        </w:tc>
      </w:tr>
      <w:tr>
        <w:tc>
          <w:tcPr>
            <w:tcW w:type="dxa" w:w="5112"/>
          </w:tcPr>
          <w:p>
            <w:r/>
            <w:r>
              <w:rPr>
                <w:rFonts w:ascii="Calibri" w:hAnsi="Calibri" w:eastAsia="宋体"/>
                <w:b w:val="0"/>
                <w:sz w:val="16"/>
              </w:rPr>
              <w:t>バッテリー</w:t>
            </w:r>
          </w:p>
        </w:tc>
        <w:tc>
          <w:tcPr>
            <w:tcW w:type="dxa" w:w="5112"/>
          </w:tcPr>
          <w:p>
            <w:r/>
            <w:r>
              <w:rPr>
                <w:rFonts w:ascii="Calibri" w:hAnsi="Calibri" w:eastAsia="宋体"/>
                <w:b w:val="0"/>
                <w:sz w:val="16"/>
              </w:rPr>
              <w:t>48 V 18 Ah</w:t>
            </w:r>
          </w:p>
        </w:tc>
      </w:tr>
      <w:tr>
        <w:tc>
          <w:tcPr>
            <w:tcW w:type="dxa" w:w="5112"/>
          </w:tcPr>
          <w:p>
            <w:r/>
            <w:r>
              <w:rPr>
                <w:rFonts w:ascii="Calibri" w:hAnsi="Calibri" w:eastAsia="宋体"/>
                <w:b w:val="0"/>
                <w:sz w:val="16"/>
              </w:rPr>
              <w:t>充電電圧</w:t>
            </w:r>
          </w:p>
        </w:tc>
        <w:tc>
          <w:tcPr>
            <w:tcW w:type="dxa" w:w="5112"/>
          </w:tcPr>
          <w:p>
            <w:r/>
            <w:r>
              <w:rPr>
                <w:rFonts w:ascii="Calibri" w:hAnsi="Calibri" w:eastAsia="宋体"/>
                <w:b w:val="0"/>
                <w:sz w:val="16"/>
              </w:rPr>
              <w:t>54.6 V</w:t>
            </w:r>
          </w:p>
        </w:tc>
      </w:tr>
      <w:tr>
        <w:tc>
          <w:tcPr>
            <w:tcW w:type="dxa" w:w="5112"/>
          </w:tcPr>
          <w:p>
            <w:r/>
            <w:r>
              <w:rPr>
                <w:rFonts w:ascii="Calibri" w:hAnsi="Calibri" w:eastAsia="宋体"/>
                <w:b w:val="0"/>
                <w:sz w:val="16"/>
              </w:rPr>
              <w:t>最高速度</w:t>
            </w:r>
          </w:p>
        </w:tc>
        <w:tc>
          <w:tcPr>
            <w:tcW w:type="dxa" w:w="5112"/>
          </w:tcPr>
          <w:p>
            <w:r/>
            <w:r>
              <w:rPr>
                <w:rFonts w:ascii="Calibri" w:hAnsi="Calibri" w:eastAsia="宋体"/>
                <w:b w:val="0"/>
                <w:sz w:val="16"/>
              </w:rPr>
              <w:t>53 km/h</w:t>
            </w:r>
          </w:p>
        </w:tc>
      </w:tr>
      <w:tr>
        <w:tc>
          <w:tcPr>
            <w:tcW w:type="dxa" w:w="5112"/>
          </w:tcPr>
          <w:p>
            <w:r/>
            <w:r>
              <w:rPr>
                <w:rFonts w:ascii="Calibri" w:hAnsi="Calibri" w:eastAsia="宋体"/>
                <w:b w:val="0"/>
                <w:sz w:val="16"/>
              </w:rPr>
              <w:t>航続距離</w:t>
            </w:r>
          </w:p>
        </w:tc>
        <w:tc>
          <w:tcPr>
            <w:tcW w:type="dxa" w:w="5112"/>
          </w:tcPr>
          <w:p>
            <w:r/>
            <w:r>
              <w:rPr>
                <w:rFonts w:ascii="Calibri" w:hAnsi="Calibri" w:eastAsia="宋体"/>
                <w:b w:val="0"/>
                <w:sz w:val="16"/>
              </w:rPr>
              <w:t>45～60 km</w:t>
            </w:r>
          </w:p>
        </w:tc>
      </w:tr>
      <w:tr>
        <w:tc>
          <w:tcPr>
            <w:tcW w:type="dxa" w:w="5112"/>
          </w:tcPr>
          <w:p>
            <w:r/>
            <w:r>
              <w:rPr>
                <w:rFonts w:ascii="Calibri" w:hAnsi="Calibri" w:eastAsia="宋体"/>
                <w:b w:val="0"/>
                <w:sz w:val="16"/>
              </w:rPr>
              <w:t>タイヤ</w:t>
            </w:r>
          </w:p>
        </w:tc>
        <w:tc>
          <w:tcPr>
            <w:tcW w:type="dxa" w:w="5112"/>
          </w:tcPr>
          <w:p>
            <w:r/>
            <w:r>
              <w:rPr>
                <w:rFonts w:ascii="Calibri" w:hAnsi="Calibri" w:eastAsia="宋体"/>
                <w:b w:val="0"/>
                <w:sz w:val="16"/>
              </w:rPr>
              <w:t>10インチ、チューブレスタイヤ</w:t>
            </w:r>
          </w:p>
        </w:tc>
      </w:tr>
      <w:tr>
        <w:tc>
          <w:tcPr>
            <w:tcW w:type="dxa" w:w="5112"/>
          </w:tcPr>
          <w:p>
            <w:r/>
            <w:r>
              <w:rPr>
                <w:rFonts w:ascii="Calibri" w:hAnsi="Calibri" w:eastAsia="宋体"/>
                <w:b w:val="0"/>
                <w:sz w:val="16"/>
              </w:rPr>
              <w:t>最大積載量</w:t>
            </w:r>
          </w:p>
        </w:tc>
        <w:tc>
          <w:tcPr>
            <w:tcW w:type="dxa" w:w="5112"/>
          </w:tcPr>
          <w:p>
            <w:r/>
            <w:r>
              <w:rPr>
                <w:rFonts w:ascii="Calibri" w:hAnsi="Calibri" w:eastAsia="宋体"/>
                <w:b w:val="0"/>
                <w:sz w:val="16"/>
              </w:rPr>
              <w:t>150 kg</w:t>
            </w:r>
          </w:p>
        </w:tc>
      </w:tr>
      <w:tr>
        <w:tc>
          <w:tcPr>
            <w:tcW w:type="dxa" w:w="5112"/>
          </w:tcPr>
          <w:p>
            <w:r/>
            <w:r>
              <w:rPr>
                <w:rFonts w:ascii="Calibri" w:hAnsi="Calibri" w:eastAsia="宋体"/>
                <w:b w:val="0"/>
                <w:sz w:val="16"/>
              </w:rPr>
              <w:t>最大登坂能力</w:t>
            </w:r>
          </w:p>
        </w:tc>
        <w:tc>
          <w:tcPr>
            <w:tcW w:type="dxa" w:w="5112"/>
          </w:tcPr>
          <w:p>
            <w:r/>
            <w:r>
              <w:rPr>
                <w:rFonts w:ascii="Calibri" w:hAnsi="Calibri" w:eastAsia="宋体"/>
                <w:b w:val="0"/>
                <w:sz w:val="16"/>
              </w:rPr>
              <w:t>30%</w:t>
            </w:r>
          </w:p>
        </w:tc>
      </w:tr>
      <w:tr>
        <w:tc>
          <w:tcPr>
            <w:tcW w:type="dxa" w:w="5112"/>
          </w:tcPr>
          <w:p>
            <w:r/>
            <w:r>
              <w:rPr>
                <w:rFonts w:ascii="Calibri" w:hAnsi="Calibri" w:eastAsia="宋体"/>
                <w:b w:val="0"/>
                <w:sz w:val="16"/>
              </w:rPr>
              <w:t>ブレーキ</w:t>
            </w:r>
          </w:p>
        </w:tc>
        <w:tc>
          <w:tcPr>
            <w:tcW w:type="dxa" w:w="5112"/>
          </w:tcPr>
          <w:p>
            <w:r/>
            <w:r>
              <w:rPr>
                <w:rFonts w:ascii="Calibri" w:hAnsi="Calibri" w:eastAsia="宋体"/>
                <w:b w:val="0"/>
                <w:sz w:val="16"/>
              </w:rPr>
              <w:t>ディスクブレーキ</w:t>
            </w:r>
          </w:p>
        </w:tc>
      </w:tr>
      <w:tr>
        <w:tc>
          <w:tcPr>
            <w:tcW w:type="dxa" w:w="5112"/>
          </w:tcPr>
          <w:p>
            <w:r/>
            <w:r>
              <w:rPr>
                <w:rFonts w:ascii="Calibri" w:hAnsi="Calibri" w:eastAsia="宋体"/>
                <w:b w:val="0"/>
                <w:sz w:val="16"/>
              </w:rPr>
              <w:t>ディスプレイ</w:t>
            </w:r>
          </w:p>
        </w:tc>
        <w:tc>
          <w:tcPr>
            <w:tcW w:type="dxa" w:w="5112"/>
          </w:tcPr>
          <w:p>
            <w:r/>
            <w:r>
              <w:rPr>
                <w:rFonts w:ascii="Calibri" w:hAnsi="Calibri" w:eastAsia="宋体"/>
                <w:b w:val="0"/>
                <w:sz w:val="16"/>
              </w:rPr>
              <w:t>LCD：速度、ギア、バッテリー残量、航続距離</w:t>
            </w:r>
          </w:p>
        </w:tc>
      </w:tr>
      <w:tr>
        <w:tc>
          <w:tcPr>
            <w:tcW w:type="dxa" w:w="5112"/>
          </w:tcPr>
          <w:p>
            <w:r/>
            <w:r>
              <w:rPr>
                <w:rFonts w:ascii="Calibri" w:hAnsi="Calibri" w:eastAsia="宋体"/>
                <w:b w:val="0"/>
                <w:sz w:val="16"/>
              </w:rPr>
              <w:t>ライトシステム</w:t>
            </w:r>
          </w:p>
        </w:tc>
        <w:tc>
          <w:tcPr>
            <w:tcW w:type="dxa" w:w="5112"/>
          </w:tcPr>
          <w:p>
            <w:r/>
            <w:r>
              <w:rPr>
                <w:rFonts w:ascii="Calibri" w:hAnsi="Calibri" w:eastAsia="宋体"/>
                <w:b w:val="0"/>
                <w:sz w:val="16"/>
              </w:rPr>
              <w:t>ヘッドライト / サイドライト / テールライト</w:t>
            </w:r>
          </w:p>
        </w:tc>
      </w:tr>
      <w:tr>
        <w:tc>
          <w:tcPr>
            <w:tcW w:type="dxa" w:w="5112"/>
          </w:tcPr>
          <w:p>
            <w:r/>
            <w:r>
              <w:rPr>
                <w:rFonts w:ascii="Calibri" w:hAnsi="Calibri" w:eastAsia="宋体"/>
                <w:b w:val="0"/>
                <w:sz w:val="16"/>
              </w:rPr>
              <w:t>素材</w:t>
            </w:r>
          </w:p>
        </w:tc>
        <w:tc>
          <w:tcPr>
            <w:tcW w:type="dxa" w:w="5112"/>
          </w:tcPr>
          <w:p>
            <w:r/>
            <w:r>
              <w:rPr>
                <w:rFonts w:ascii="Calibri" w:hAnsi="Calibri" w:eastAsia="宋体"/>
                <w:b w:val="0"/>
                <w:sz w:val="16"/>
              </w:rPr>
              <w:t>アルミニウム合金</w:t>
            </w:r>
          </w:p>
        </w:tc>
      </w:tr>
      <w:tr>
        <w:tc>
          <w:tcPr>
            <w:tcW w:type="dxa" w:w="5112"/>
          </w:tcPr>
          <w:p>
            <w:r/>
            <w:r>
              <w:rPr>
                <w:rFonts w:ascii="Calibri" w:hAnsi="Calibri" w:eastAsia="宋体"/>
                <w:b w:val="0"/>
                <w:sz w:val="16"/>
              </w:rPr>
              <w:t>サスペンション</w:t>
            </w:r>
          </w:p>
        </w:tc>
        <w:tc>
          <w:tcPr>
            <w:tcW w:type="dxa" w:w="5112"/>
          </w:tcPr>
          <w:p>
            <w:r/>
            <w:r>
              <w:rPr>
                <w:rFonts w:ascii="Calibri" w:hAnsi="Calibri" w:eastAsia="宋体"/>
                <w:b w:val="0"/>
                <w:sz w:val="16"/>
              </w:rPr>
              <w:t>スプリングショックアブソーバー</w:t>
            </w:r>
          </w:p>
        </w:tc>
      </w:tr>
      <w:tr>
        <w:tc>
          <w:tcPr>
            <w:tcW w:type="dxa" w:w="5112"/>
          </w:tcPr>
          <w:p>
            <w:r/>
            <w:r>
              <w:rPr>
                <w:rFonts w:ascii="Calibri" w:hAnsi="Calibri" w:eastAsia="宋体"/>
                <w:b w:val="0"/>
                <w:sz w:val="16"/>
              </w:rPr>
              <w:t>充電時間</w:t>
            </w:r>
          </w:p>
        </w:tc>
        <w:tc>
          <w:tcPr>
            <w:tcW w:type="dxa" w:w="5112"/>
          </w:tcPr>
          <w:p>
            <w:r/>
            <w:r>
              <w:rPr>
                <w:rFonts w:ascii="Calibri" w:hAnsi="Calibri" w:eastAsia="宋体"/>
                <w:b w:val="0"/>
                <w:sz w:val="16"/>
              </w:rPr>
              <w:t>9～10時間</w:t>
            </w:r>
          </w:p>
        </w:tc>
      </w:tr>
      <w:tr>
        <w:tc>
          <w:tcPr>
            <w:tcW w:type="dxa" w:w="5112"/>
          </w:tcPr>
          <w:p>
            <w:r/>
            <w:r>
              <w:rPr>
                <w:rFonts w:ascii="Calibri" w:hAnsi="Calibri" w:eastAsia="宋体"/>
                <w:b w:val="0"/>
                <w:sz w:val="16"/>
              </w:rPr>
              <w:t>折りたたみ</w:t>
            </w:r>
          </w:p>
        </w:tc>
        <w:tc>
          <w:tcPr>
            <w:tcW w:type="dxa" w:w="5112"/>
          </w:tcPr>
          <w:p>
            <w:r/>
            <w:r>
              <w:rPr>
                <w:rFonts w:ascii="Calibri" w:hAnsi="Calibri" w:eastAsia="宋体"/>
                <w:b w:val="0"/>
                <w:sz w:val="16"/>
              </w:rPr>
              <w:t>可能</w:t>
            </w:r>
          </w:p>
        </w:tc>
      </w:tr>
      <w:tr>
        <w:tc>
          <w:tcPr>
            <w:tcW w:type="dxa" w:w="5112"/>
          </w:tcPr>
          <w:p>
            <w:r/>
            <w:r>
              <w:rPr>
                <w:rFonts w:ascii="Calibri" w:hAnsi="Calibri" w:eastAsia="宋体"/>
                <w:b w:val="0"/>
                <w:sz w:val="16"/>
              </w:rPr>
              <w:t>シート</w:t>
            </w:r>
          </w:p>
        </w:tc>
        <w:tc>
          <w:tcPr>
            <w:tcW w:type="dxa" w:w="5112"/>
          </w:tcPr>
          <w:p>
            <w:r/>
            <w:r>
              <w:rPr>
                <w:rFonts w:ascii="Calibri" w:hAnsi="Calibri" w:eastAsia="宋体"/>
                <w:b w:val="0"/>
                <w:sz w:val="16"/>
              </w:rPr>
              <w:t>なし</w:t>
            </w:r>
          </w:p>
        </w:tc>
      </w:tr>
      <w:tr>
        <w:tc>
          <w:tcPr>
            <w:tcW w:type="dxa" w:w="5112"/>
          </w:tcPr>
          <w:p>
            <w:r/>
            <w:r>
              <w:rPr>
                <w:rFonts w:ascii="Calibri" w:hAnsi="Calibri" w:eastAsia="宋体"/>
                <w:b w:val="0"/>
                <w:sz w:val="16"/>
              </w:rPr>
              <w:t>対象年齢</w:t>
            </w:r>
          </w:p>
        </w:tc>
        <w:tc>
          <w:tcPr>
            <w:tcW w:type="dxa" w:w="5112"/>
          </w:tcPr>
          <w:p>
            <w:r/>
            <w:r>
              <w:rPr>
                <w:rFonts w:ascii="Calibri" w:hAnsi="Calibri" w:eastAsia="宋体"/>
                <w:b w:val="0"/>
                <w:sz w:val="16"/>
              </w:rPr>
              <w:t>16～50歳</w:t>
            </w:r>
          </w:p>
        </w:tc>
      </w:tr>
      <w:tr>
        <w:tc>
          <w:tcPr>
            <w:tcW w:type="dxa" w:w="5112"/>
          </w:tcPr>
          <w:p>
            <w:r/>
            <w:r>
              <w:rPr>
                <w:rFonts w:ascii="Calibri" w:hAnsi="Calibri" w:eastAsia="宋体"/>
                <w:b w:val="0"/>
                <w:sz w:val="16"/>
              </w:rPr>
              <w:t>正味重量 / 総重量</w:t>
            </w:r>
          </w:p>
        </w:tc>
        <w:tc>
          <w:tcPr>
            <w:tcW w:type="dxa" w:w="5112"/>
          </w:tcPr>
          <w:p>
            <w:r/>
            <w:r>
              <w:rPr>
                <w:rFonts w:ascii="Calibri" w:hAnsi="Calibri" w:eastAsia="宋体"/>
                <w:b w:val="0"/>
                <w:sz w:val="16"/>
              </w:rPr>
              <w:t>26.95 / 30.95 kg</w:t>
            </w:r>
          </w:p>
        </w:tc>
      </w:tr>
      <w:tr>
        <w:tc>
          <w:tcPr>
            <w:tcW w:type="dxa" w:w="5112"/>
          </w:tcPr>
          <w:p>
            <w:r/>
            <w:r>
              <w:rPr>
                <w:rFonts w:ascii="Calibri" w:hAnsi="Calibri" w:eastAsia="宋体"/>
                <w:b w:val="0"/>
                <w:sz w:val="16"/>
              </w:rPr>
              <w:t>梱包サイズ</w:t>
            </w:r>
          </w:p>
        </w:tc>
        <w:tc>
          <w:tcPr>
            <w:tcW w:type="dxa" w:w="5112"/>
          </w:tcPr>
          <w:p>
            <w:r/>
            <w:r>
              <w:rPr>
                <w:rFonts w:ascii="Calibri" w:hAnsi="Calibri" w:eastAsia="宋体"/>
                <w:b w:val="0"/>
                <w:sz w:val="16"/>
              </w:rPr>
              <w:t>1190 x 270 x 600 mm</w:t>
            </w:r>
          </w:p>
        </w:tc>
      </w:tr>
      <w:tr>
        <w:tc>
          <w:tcPr>
            <w:tcW w:type="dxa" w:w="5112"/>
          </w:tcPr>
          <w:p>
            <w:r/>
            <w:r>
              <w:rPr>
                <w:rFonts w:ascii="Calibri" w:hAnsi="Calibri" w:eastAsia="宋体"/>
                <w:b w:val="0"/>
                <w:sz w:val="16"/>
              </w:rPr>
              <w:t>展開サイズ</w:t>
            </w:r>
          </w:p>
        </w:tc>
        <w:tc>
          <w:tcPr>
            <w:tcW w:type="dxa" w:w="5112"/>
          </w:tcPr>
          <w:p>
            <w:r/>
            <w:r>
              <w:rPr>
                <w:rFonts w:ascii="Calibri" w:hAnsi="Calibri" w:eastAsia="宋体"/>
                <w:b w:val="0"/>
                <w:sz w:val="16"/>
              </w:rPr>
              <w:t>1190 x 240 x 1320 mm</w:t>
            </w:r>
          </w:p>
        </w:tc>
      </w:tr>
      <w:tr>
        <w:tc>
          <w:tcPr>
            <w:tcW w:type="dxa" w:w="5112"/>
          </w:tcPr>
          <w:p>
            <w:r/>
            <w:r>
              <w:rPr>
                <w:rFonts w:ascii="Calibri" w:hAnsi="Calibri" w:eastAsia="宋体"/>
                <w:b w:val="0"/>
                <w:sz w:val="16"/>
              </w:rPr>
              <w:t>積載数量</w:t>
            </w:r>
          </w:p>
        </w:tc>
        <w:tc>
          <w:tcPr>
            <w:tcW w:type="dxa" w:w="5112"/>
          </w:tcPr>
          <w:p>
            <w:r/>
            <w:r>
              <w:rPr>
                <w:rFonts w:ascii="Calibri" w:hAnsi="Calibri" w:eastAsia="宋体"/>
                <w:b w:val="0"/>
                <w:sz w:val="16"/>
              </w:rPr>
              <w:t>128台 / 20GP；350台 / 40HQ</w:t>
            </w:r>
          </w:p>
        </w:tc>
      </w:tr>
    </w:tbl>
    <w:p/>
    <w:p>
      <w:pPr>
        <w:pStyle w:val="Heading2"/>
      </w:pPr>
      <w:r>
        <w:rPr>
          <w:rFonts w:ascii="Calibri" w:hAnsi="Calibri" w:eastAsia="宋体"/>
          <w:b/>
          <w:sz w:val="26"/>
        </w:rPr>
        <w:t>G2 booster</w:t>
      </w:r>
    </w:p>
    <w:p>
      <w:r>
        <w:rPr>
          <w:rFonts w:ascii="Calibri" w:hAnsi="Calibri" w:eastAsia="宋体"/>
          <w:b w:val="0"/>
          <w:sz w:val="21"/>
        </w:rPr>
        <w:t>登坂性能と加速性能を高めたG2のデュアルモーター仕様。</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モーター</w:t>
            </w:r>
          </w:p>
        </w:tc>
        <w:tc>
          <w:tcPr>
            <w:tcW w:type="dxa" w:w="5112"/>
          </w:tcPr>
          <w:p>
            <w:r/>
            <w:r>
              <w:rPr>
                <w:rFonts w:ascii="Calibri" w:hAnsi="Calibri" w:eastAsia="宋体"/>
                <w:b w:val="0"/>
                <w:sz w:val="16"/>
              </w:rPr>
              <w:t>900 W ～ 1000 W x 2</w:t>
            </w:r>
          </w:p>
        </w:tc>
      </w:tr>
      <w:tr>
        <w:tc>
          <w:tcPr>
            <w:tcW w:type="dxa" w:w="5112"/>
          </w:tcPr>
          <w:p>
            <w:r/>
            <w:r>
              <w:rPr>
                <w:rFonts w:ascii="Calibri" w:hAnsi="Calibri" w:eastAsia="宋体"/>
                <w:b w:val="0"/>
                <w:sz w:val="16"/>
              </w:rPr>
              <w:t>バッテリー</w:t>
            </w:r>
          </w:p>
        </w:tc>
        <w:tc>
          <w:tcPr>
            <w:tcW w:type="dxa" w:w="5112"/>
          </w:tcPr>
          <w:p>
            <w:r/>
            <w:r>
              <w:rPr>
                <w:rFonts w:ascii="Calibri" w:hAnsi="Calibri" w:eastAsia="宋体"/>
                <w:b w:val="0"/>
                <w:sz w:val="16"/>
              </w:rPr>
              <w:t>52 V 22.5 Ah</w:t>
            </w:r>
          </w:p>
        </w:tc>
      </w:tr>
      <w:tr>
        <w:tc>
          <w:tcPr>
            <w:tcW w:type="dxa" w:w="5112"/>
          </w:tcPr>
          <w:p>
            <w:r/>
            <w:r>
              <w:rPr>
                <w:rFonts w:ascii="Calibri" w:hAnsi="Calibri" w:eastAsia="宋体"/>
                <w:b w:val="0"/>
                <w:sz w:val="16"/>
              </w:rPr>
              <w:t>充電電圧</w:t>
            </w:r>
          </w:p>
        </w:tc>
        <w:tc>
          <w:tcPr>
            <w:tcW w:type="dxa" w:w="5112"/>
          </w:tcPr>
          <w:p>
            <w:r/>
            <w:r>
              <w:rPr>
                <w:rFonts w:ascii="Calibri" w:hAnsi="Calibri" w:eastAsia="宋体"/>
                <w:b w:val="0"/>
                <w:sz w:val="16"/>
              </w:rPr>
              <w:t>58.8 V</w:t>
            </w:r>
          </w:p>
        </w:tc>
      </w:tr>
      <w:tr>
        <w:tc>
          <w:tcPr>
            <w:tcW w:type="dxa" w:w="5112"/>
          </w:tcPr>
          <w:p>
            <w:r/>
            <w:r>
              <w:rPr>
                <w:rFonts w:ascii="Calibri" w:hAnsi="Calibri" w:eastAsia="宋体"/>
                <w:b w:val="0"/>
                <w:sz w:val="16"/>
              </w:rPr>
              <w:t>最高速度</w:t>
            </w:r>
          </w:p>
        </w:tc>
        <w:tc>
          <w:tcPr>
            <w:tcW w:type="dxa" w:w="5112"/>
          </w:tcPr>
          <w:p>
            <w:r/>
            <w:r>
              <w:rPr>
                <w:rFonts w:ascii="Calibri" w:hAnsi="Calibri" w:eastAsia="宋体"/>
                <w:b w:val="0"/>
                <w:sz w:val="16"/>
              </w:rPr>
              <w:t>60～65 km/h</w:t>
            </w:r>
          </w:p>
        </w:tc>
      </w:tr>
      <w:tr>
        <w:tc>
          <w:tcPr>
            <w:tcW w:type="dxa" w:w="5112"/>
          </w:tcPr>
          <w:p>
            <w:r/>
            <w:r>
              <w:rPr>
                <w:rFonts w:ascii="Calibri" w:hAnsi="Calibri" w:eastAsia="宋体"/>
                <w:b w:val="0"/>
                <w:sz w:val="16"/>
              </w:rPr>
              <w:t>航続距離</w:t>
            </w:r>
          </w:p>
        </w:tc>
        <w:tc>
          <w:tcPr>
            <w:tcW w:type="dxa" w:w="5112"/>
          </w:tcPr>
          <w:p>
            <w:r/>
            <w:r>
              <w:rPr>
                <w:rFonts w:ascii="Calibri" w:hAnsi="Calibri" w:eastAsia="宋体"/>
                <w:b w:val="0"/>
                <w:sz w:val="16"/>
              </w:rPr>
              <w:t>40～65 km</w:t>
            </w:r>
          </w:p>
        </w:tc>
      </w:tr>
      <w:tr>
        <w:tc>
          <w:tcPr>
            <w:tcW w:type="dxa" w:w="5112"/>
          </w:tcPr>
          <w:p>
            <w:r/>
            <w:r>
              <w:rPr>
                <w:rFonts w:ascii="Calibri" w:hAnsi="Calibri" w:eastAsia="宋体"/>
                <w:b w:val="0"/>
                <w:sz w:val="16"/>
              </w:rPr>
              <w:t>タイヤ</w:t>
            </w:r>
          </w:p>
        </w:tc>
        <w:tc>
          <w:tcPr>
            <w:tcW w:type="dxa" w:w="5112"/>
          </w:tcPr>
          <w:p>
            <w:r/>
            <w:r>
              <w:rPr>
                <w:rFonts w:ascii="Calibri" w:hAnsi="Calibri" w:eastAsia="宋体"/>
                <w:b w:val="0"/>
                <w:sz w:val="16"/>
              </w:rPr>
              <w:t>10インチ、空気入り</w:t>
            </w:r>
          </w:p>
        </w:tc>
      </w:tr>
      <w:tr>
        <w:tc>
          <w:tcPr>
            <w:tcW w:type="dxa" w:w="5112"/>
          </w:tcPr>
          <w:p>
            <w:r/>
            <w:r>
              <w:rPr>
                <w:rFonts w:ascii="Calibri" w:hAnsi="Calibri" w:eastAsia="宋体"/>
                <w:b w:val="0"/>
                <w:sz w:val="16"/>
              </w:rPr>
              <w:t>最大積載量</w:t>
            </w:r>
          </w:p>
        </w:tc>
        <w:tc>
          <w:tcPr>
            <w:tcW w:type="dxa" w:w="5112"/>
          </w:tcPr>
          <w:p>
            <w:r/>
            <w:r>
              <w:rPr>
                <w:rFonts w:ascii="Calibri" w:hAnsi="Calibri" w:eastAsia="宋体"/>
                <w:b w:val="0"/>
                <w:sz w:val="16"/>
              </w:rPr>
              <w:t>150 kg</w:t>
            </w:r>
          </w:p>
        </w:tc>
      </w:tr>
      <w:tr>
        <w:tc>
          <w:tcPr>
            <w:tcW w:type="dxa" w:w="5112"/>
          </w:tcPr>
          <w:p>
            <w:r/>
            <w:r>
              <w:rPr>
                <w:rFonts w:ascii="Calibri" w:hAnsi="Calibri" w:eastAsia="宋体"/>
                <w:b w:val="0"/>
                <w:sz w:val="16"/>
              </w:rPr>
              <w:t>最大登坂能力</w:t>
            </w:r>
          </w:p>
        </w:tc>
        <w:tc>
          <w:tcPr>
            <w:tcW w:type="dxa" w:w="5112"/>
          </w:tcPr>
          <w:p>
            <w:r/>
            <w:r>
              <w:rPr>
                <w:rFonts w:ascii="Calibri" w:hAnsi="Calibri" w:eastAsia="宋体"/>
                <w:b w:val="0"/>
                <w:sz w:val="16"/>
              </w:rPr>
              <w:t>40%</w:t>
            </w:r>
          </w:p>
        </w:tc>
      </w:tr>
      <w:tr>
        <w:tc>
          <w:tcPr>
            <w:tcW w:type="dxa" w:w="5112"/>
          </w:tcPr>
          <w:p>
            <w:r/>
            <w:r>
              <w:rPr>
                <w:rFonts w:ascii="Calibri" w:hAnsi="Calibri" w:eastAsia="宋体"/>
                <w:b w:val="0"/>
                <w:sz w:val="16"/>
              </w:rPr>
              <w:t>ブレーキ</w:t>
            </w:r>
          </w:p>
        </w:tc>
        <w:tc>
          <w:tcPr>
            <w:tcW w:type="dxa" w:w="5112"/>
          </w:tcPr>
          <w:p>
            <w:r/>
            <w:r>
              <w:rPr>
                <w:rFonts w:ascii="Calibri" w:hAnsi="Calibri" w:eastAsia="宋体"/>
                <w:b w:val="0"/>
                <w:sz w:val="16"/>
              </w:rPr>
              <w:t>ディスクブレーキ</w:t>
            </w:r>
          </w:p>
        </w:tc>
      </w:tr>
      <w:tr>
        <w:tc>
          <w:tcPr>
            <w:tcW w:type="dxa" w:w="5112"/>
          </w:tcPr>
          <w:p>
            <w:r/>
            <w:r>
              <w:rPr>
                <w:rFonts w:ascii="Calibri" w:hAnsi="Calibri" w:eastAsia="宋体"/>
                <w:b w:val="0"/>
                <w:sz w:val="16"/>
              </w:rPr>
              <w:t>ディスプレイ</w:t>
            </w:r>
          </w:p>
        </w:tc>
        <w:tc>
          <w:tcPr>
            <w:tcW w:type="dxa" w:w="5112"/>
          </w:tcPr>
          <w:p>
            <w:r/>
            <w:r>
              <w:rPr>
                <w:rFonts w:ascii="Calibri" w:hAnsi="Calibri" w:eastAsia="宋体"/>
                <w:b w:val="0"/>
                <w:sz w:val="16"/>
              </w:rPr>
              <w:t>LCD：速度、ギア、バッテリー残量、航続距離</w:t>
            </w:r>
          </w:p>
        </w:tc>
      </w:tr>
      <w:tr>
        <w:tc>
          <w:tcPr>
            <w:tcW w:type="dxa" w:w="5112"/>
          </w:tcPr>
          <w:p>
            <w:r/>
            <w:r>
              <w:rPr>
                <w:rFonts w:ascii="Calibri" w:hAnsi="Calibri" w:eastAsia="宋体"/>
                <w:b w:val="0"/>
                <w:sz w:val="16"/>
              </w:rPr>
              <w:t>ライトシステム</w:t>
            </w:r>
          </w:p>
        </w:tc>
        <w:tc>
          <w:tcPr>
            <w:tcW w:type="dxa" w:w="5112"/>
          </w:tcPr>
          <w:p>
            <w:r/>
            <w:r>
              <w:rPr>
                <w:rFonts w:ascii="Calibri" w:hAnsi="Calibri" w:eastAsia="宋体"/>
                <w:b w:val="0"/>
                <w:sz w:val="16"/>
              </w:rPr>
              <w:t>ヘッドライト / サイドライト / テールライト</w:t>
            </w:r>
          </w:p>
        </w:tc>
      </w:tr>
      <w:tr>
        <w:tc>
          <w:tcPr>
            <w:tcW w:type="dxa" w:w="5112"/>
          </w:tcPr>
          <w:p>
            <w:r/>
            <w:r>
              <w:rPr>
                <w:rFonts w:ascii="Calibri" w:hAnsi="Calibri" w:eastAsia="宋体"/>
                <w:b w:val="0"/>
                <w:sz w:val="16"/>
              </w:rPr>
              <w:t>素材</w:t>
            </w:r>
          </w:p>
        </w:tc>
        <w:tc>
          <w:tcPr>
            <w:tcW w:type="dxa" w:w="5112"/>
          </w:tcPr>
          <w:p>
            <w:r/>
            <w:r>
              <w:rPr>
                <w:rFonts w:ascii="Calibri" w:hAnsi="Calibri" w:eastAsia="宋体"/>
                <w:b w:val="0"/>
                <w:sz w:val="16"/>
              </w:rPr>
              <w:t>アルミニウム合金</w:t>
            </w:r>
          </w:p>
        </w:tc>
      </w:tr>
      <w:tr>
        <w:tc>
          <w:tcPr>
            <w:tcW w:type="dxa" w:w="5112"/>
          </w:tcPr>
          <w:p>
            <w:r/>
            <w:r>
              <w:rPr>
                <w:rFonts w:ascii="Calibri" w:hAnsi="Calibri" w:eastAsia="宋体"/>
                <w:b w:val="0"/>
                <w:sz w:val="16"/>
              </w:rPr>
              <w:t>サスペンション</w:t>
            </w:r>
          </w:p>
        </w:tc>
        <w:tc>
          <w:tcPr>
            <w:tcW w:type="dxa" w:w="5112"/>
          </w:tcPr>
          <w:p>
            <w:r/>
            <w:r>
              <w:rPr>
                <w:rFonts w:ascii="Calibri" w:hAnsi="Calibri" w:eastAsia="宋体"/>
                <w:b w:val="0"/>
                <w:sz w:val="16"/>
              </w:rPr>
              <w:t>スプリングショックアブソーバー</w:t>
            </w:r>
          </w:p>
        </w:tc>
      </w:tr>
      <w:tr>
        <w:tc>
          <w:tcPr>
            <w:tcW w:type="dxa" w:w="5112"/>
          </w:tcPr>
          <w:p>
            <w:r/>
            <w:r>
              <w:rPr>
                <w:rFonts w:ascii="Calibri" w:hAnsi="Calibri" w:eastAsia="宋体"/>
                <w:b w:val="0"/>
                <w:sz w:val="16"/>
              </w:rPr>
              <w:t>充電時間</w:t>
            </w:r>
          </w:p>
        </w:tc>
        <w:tc>
          <w:tcPr>
            <w:tcW w:type="dxa" w:w="5112"/>
          </w:tcPr>
          <w:p>
            <w:r/>
            <w:r>
              <w:rPr>
                <w:rFonts w:ascii="Calibri" w:hAnsi="Calibri" w:eastAsia="宋体"/>
                <w:b w:val="0"/>
                <w:sz w:val="16"/>
              </w:rPr>
              <w:t>10～11時間</w:t>
            </w:r>
          </w:p>
        </w:tc>
      </w:tr>
      <w:tr>
        <w:tc>
          <w:tcPr>
            <w:tcW w:type="dxa" w:w="5112"/>
          </w:tcPr>
          <w:p>
            <w:r/>
            <w:r>
              <w:rPr>
                <w:rFonts w:ascii="Calibri" w:hAnsi="Calibri" w:eastAsia="宋体"/>
                <w:b w:val="0"/>
                <w:sz w:val="16"/>
              </w:rPr>
              <w:t>折りたたみ</w:t>
            </w:r>
          </w:p>
        </w:tc>
        <w:tc>
          <w:tcPr>
            <w:tcW w:type="dxa" w:w="5112"/>
          </w:tcPr>
          <w:p>
            <w:r/>
            <w:r>
              <w:rPr>
                <w:rFonts w:ascii="Calibri" w:hAnsi="Calibri" w:eastAsia="宋体"/>
                <w:b w:val="0"/>
                <w:sz w:val="16"/>
              </w:rPr>
              <w:t>可能</w:t>
            </w:r>
          </w:p>
        </w:tc>
      </w:tr>
      <w:tr>
        <w:tc>
          <w:tcPr>
            <w:tcW w:type="dxa" w:w="5112"/>
          </w:tcPr>
          <w:p>
            <w:r/>
            <w:r>
              <w:rPr>
                <w:rFonts w:ascii="Calibri" w:hAnsi="Calibri" w:eastAsia="宋体"/>
                <w:b w:val="0"/>
                <w:sz w:val="16"/>
              </w:rPr>
              <w:t>シート</w:t>
            </w:r>
          </w:p>
        </w:tc>
        <w:tc>
          <w:tcPr>
            <w:tcW w:type="dxa" w:w="5112"/>
          </w:tcPr>
          <w:p>
            <w:r/>
            <w:r>
              <w:rPr>
                <w:rFonts w:ascii="Calibri" w:hAnsi="Calibri" w:eastAsia="宋体"/>
                <w:b w:val="0"/>
                <w:sz w:val="16"/>
              </w:rPr>
              <w:t>なし</w:t>
            </w:r>
          </w:p>
        </w:tc>
      </w:tr>
      <w:tr>
        <w:tc>
          <w:tcPr>
            <w:tcW w:type="dxa" w:w="5112"/>
          </w:tcPr>
          <w:p>
            <w:r/>
            <w:r>
              <w:rPr>
                <w:rFonts w:ascii="Calibri" w:hAnsi="Calibri" w:eastAsia="宋体"/>
                <w:b w:val="0"/>
                <w:sz w:val="16"/>
              </w:rPr>
              <w:t>対象年齢</w:t>
            </w:r>
          </w:p>
        </w:tc>
        <w:tc>
          <w:tcPr>
            <w:tcW w:type="dxa" w:w="5112"/>
          </w:tcPr>
          <w:p>
            <w:r/>
            <w:r>
              <w:rPr>
                <w:rFonts w:ascii="Calibri" w:hAnsi="Calibri" w:eastAsia="宋体"/>
                <w:b w:val="0"/>
                <w:sz w:val="16"/>
              </w:rPr>
              <w:t>16～50歳</w:t>
            </w:r>
          </w:p>
        </w:tc>
      </w:tr>
      <w:tr>
        <w:tc>
          <w:tcPr>
            <w:tcW w:type="dxa" w:w="5112"/>
          </w:tcPr>
          <w:p>
            <w:r/>
            <w:r>
              <w:rPr>
                <w:rFonts w:ascii="Calibri" w:hAnsi="Calibri" w:eastAsia="宋体"/>
                <w:b w:val="0"/>
                <w:sz w:val="16"/>
              </w:rPr>
              <w:t>正味重量 / 総重量</w:t>
            </w:r>
          </w:p>
        </w:tc>
        <w:tc>
          <w:tcPr>
            <w:tcW w:type="dxa" w:w="5112"/>
          </w:tcPr>
          <w:p>
            <w:r/>
            <w:r>
              <w:rPr>
                <w:rFonts w:ascii="Calibri" w:hAnsi="Calibri" w:eastAsia="宋体"/>
                <w:b w:val="0"/>
                <w:sz w:val="16"/>
              </w:rPr>
              <w:t>32 / 37 kg</w:t>
            </w:r>
          </w:p>
        </w:tc>
      </w:tr>
      <w:tr>
        <w:tc>
          <w:tcPr>
            <w:tcW w:type="dxa" w:w="5112"/>
          </w:tcPr>
          <w:p>
            <w:r/>
            <w:r>
              <w:rPr>
                <w:rFonts w:ascii="Calibri" w:hAnsi="Calibri" w:eastAsia="宋体"/>
                <w:b w:val="0"/>
                <w:sz w:val="16"/>
              </w:rPr>
              <w:t>梱包サイズ</w:t>
            </w:r>
          </w:p>
        </w:tc>
        <w:tc>
          <w:tcPr>
            <w:tcW w:type="dxa" w:w="5112"/>
          </w:tcPr>
          <w:p>
            <w:r/>
            <w:r>
              <w:rPr>
                <w:rFonts w:ascii="Calibri" w:hAnsi="Calibri" w:eastAsia="宋体"/>
                <w:b w:val="0"/>
                <w:sz w:val="16"/>
              </w:rPr>
              <w:t>1190 x 270 x 600 mm</w:t>
            </w:r>
          </w:p>
        </w:tc>
      </w:tr>
      <w:tr>
        <w:tc>
          <w:tcPr>
            <w:tcW w:type="dxa" w:w="5112"/>
          </w:tcPr>
          <w:p>
            <w:r/>
            <w:r>
              <w:rPr>
                <w:rFonts w:ascii="Calibri" w:hAnsi="Calibri" w:eastAsia="宋体"/>
                <w:b w:val="0"/>
                <w:sz w:val="16"/>
              </w:rPr>
              <w:t>展開サイズ</w:t>
            </w:r>
          </w:p>
        </w:tc>
        <w:tc>
          <w:tcPr>
            <w:tcW w:type="dxa" w:w="5112"/>
          </w:tcPr>
          <w:p>
            <w:r/>
            <w:r>
              <w:rPr>
                <w:rFonts w:ascii="Calibri" w:hAnsi="Calibri" w:eastAsia="宋体"/>
                <w:b w:val="0"/>
                <w:sz w:val="16"/>
              </w:rPr>
              <w:t>1190 x 270 x 1270 mm</w:t>
            </w:r>
          </w:p>
        </w:tc>
      </w:tr>
      <w:tr>
        <w:tc>
          <w:tcPr>
            <w:tcW w:type="dxa" w:w="5112"/>
          </w:tcPr>
          <w:p>
            <w:r/>
            <w:r>
              <w:rPr>
                <w:rFonts w:ascii="Calibri" w:hAnsi="Calibri" w:eastAsia="宋体"/>
                <w:b w:val="0"/>
                <w:sz w:val="16"/>
              </w:rPr>
              <w:t>積載数量</w:t>
            </w:r>
          </w:p>
        </w:tc>
        <w:tc>
          <w:tcPr>
            <w:tcW w:type="dxa" w:w="5112"/>
          </w:tcPr>
          <w:p>
            <w:r/>
            <w:r>
              <w:rPr>
                <w:rFonts w:ascii="Calibri" w:hAnsi="Calibri" w:eastAsia="宋体"/>
                <w:b w:val="0"/>
                <w:sz w:val="16"/>
              </w:rPr>
              <w:t>128台 / 20GP；350台 / 40HQ</w:t>
            </w:r>
          </w:p>
        </w:tc>
      </w:tr>
    </w:tbl>
    <w:p/>
    <w:p>
      <w:pPr>
        <w:pStyle w:val="Heading2"/>
      </w:pPr>
      <w:r>
        <w:rPr>
          <w:rFonts w:ascii="Calibri" w:hAnsi="Calibri" w:eastAsia="宋体"/>
          <w:b/>
          <w:sz w:val="26"/>
        </w:rPr>
        <w:t>M2 pro</w:t>
      </w:r>
    </w:p>
    <w:p>
      <w:r>
        <w:rPr>
          <w:rFonts w:ascii="Calibri" w:hAnsi="Calibri" w:eastAsia="宋体"/>
          <w:b w:val="0"/>
          <w:sz w:val="21"/>
        </w:rPr>
        <w:t>ラストマイルの都市移動向け、軽量折りたたみ式通勤スクーター。</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モーター</w:t>
            </w:r>
          </w:p>
        </w:tc>
        <w:tc>
          <w:tcPr>
            <w:tcW w:type="dxa" w:w="5112"/>
          </w:tcPr>
          <w:p>
            <w:r/>
            <w:r>
              <w:rPr>
                <w:rFonts w:ascii="Calibri" w:hAnsi="Calibri" w:eastAsia="宋体"/>
                <w:b w:val="0"/>
                <w:sz w:val="16"/>
              </w:rPr>
              <w:t>350 W</w:t>
            </w:r>
          </w:p>
        </w:tc>
      </w:tr>
      <w:tr>
        <w:tc>
          <w:tcPr>
            <w:tcW w:type="dxa" w:w="5112"/>
          </w:tcPr>
          <w:p>
            <w:r/>
            <w:r>
              <w:rPr>
                <w:rFonts w:ascii="Calibri" w:hAnsi="Calibri" w:eastAsia="宋体"/>
                <w:b w:val="0"/>
                <w:sz w:val="16"/>
              </w:rPr>
              <w:t>バッテリー</w:t>
            </w:r>
          </w:p>
        </w:tc>
        <w:tc>
          <w:tcPr>
            <w:tcW w:type="dxa" w:w="5112"/>
          </w:tcPr>
          <w:p>
            <w:r/>
            <w:r>
              <w:rPr>
                <w:rFonts w:ascii="Calibri" w:hAnsi="Calibri" w:eastAsia="宋体"/>
                <w:b w:val="0"/>
                <w:sz w:val="16"/>
              </w:rPr>
              <w:t>36 V 7.5 Ah / 36 V 10 Ah</w:t>
            </w:r>
          </w:p>
        </w:tc>
      </w:tr>
      <w:tr>
        <w:tc>
          <w:tcPr>
            <w:tcW w:type="dxa" w:w="5112"/>
          </w:tcPr>
          <w:p>
            <w:r/>
            <w:r>
              <w:rPr>
                <w:rFonts w:ascii="Calibri" w:hAnsi="Calibri" w:eastAsia="宋体"/>
                <w:b w:val="0"/>
                <w:sz w:val="16"/>
              </w:rPr>
              <w:t>充電電圧</w:t>
            </w:r>
          </w:p>
        </w:tc>
        <w:tc>
          <w:tcPr>
            <w:tcW w:type="dxa" w:w="5112"/>
          </w:tcPr>
          <w:p>
            <w:r/>
            <w:r>
              <w:rPr>
                <w:rFonts w:ascii="Calibri" w:hAnsi="Calibri" w:eastAsia="宋体"/>
                <w:b w:val="0"/>
                <w:sz w:val="16"/>
              </w:rPr>
              <w:t>42 V</w:t>
            </w:r>
          </w:p>
        </w:tc>
      </w:tr>
      <w:tr>
        <w:tc>
          <w:tcPr>
            <w:tcW w:type="dxa" w:w="5112"/>
          </w:tcPr>
          <w:p>
            <w:r/>
            <w:r>
              <w:rPr>
                <w:rFonts w:ascii="Calibri" w:hAnsi="Calibri" w:eastAsia="宋体"/>
                <w:b w:val="0"/>
                <w:sz w:val="16"/>
              </w:rPr>
              <w:t>最高速度</w:t>
            </w:r>
          </w:p>
        </w:tc>
        <w:tc>
          <w:tcPr>
            <w:tcW w:type="dxa" w:w="5112"/>
          </w:tcPr>
          <w:p>
            <w:r/>
            <w:r>
              <w:rPr>
                <w:rFonts w:ascii="Calibri" w:hAnsi="Calibri" w:eastAsia="宋体"/>
                <w:b w:val="0"/>
                <w:sz w:val="16"/>
              </w:rPr>
              <w:t>30 km/h</w:t>
            </w:r>
          </w:p>
        </w:tc>
      </w:tr>
      <w:tr>
        <w:tc>
          <w:tcPr>
            <w:tcW w:type="dxa" w:w="5112"/>
          </w:tcPr>
          <w:p>
            <w:r/>
            <w:r>
              <w:rPr>
                <w:rFonts w:ascii="Calibri" w:hAnsi="Calibri" w:eastAsia="宋体"/>
                <w:b w:val="0"/>
                <w:sz w:val="16"/>
              </w:rPr>
              <w:t>航続距離</w:t>
            </w:r>
          </w:p>
        </w:tc>
        <w:tc>
          <w:tcPr>
            <w:tcW w:type="dxa" w:w="5112"/>
          </w:tcPr>
          <w:p>
            <w:r/>
            <w:r>
              <w:rPr>
                <w:rFonts w:ascii="Calibri" w:hAnsi="Calibri" w:eastAsia="宋体"/>
                <w:b w:val="0"/>
                <w:sz w:val="16"/>
              </w:rPr>
              <w:t>25～30 km</w:t>
            </w:r>
          </w:p>
        </w:tc>
      </w:tr>
      <w:tr>
        <w:tc>
          <w:tcPr>
            <w:tcW w:type="dxa" w:w="5112"/>
          </w:tcPr>
          <w:p>
            <w:r/>
            <w:r>
              <w:rPr>
                <w:rFonts w:ascii="Calibri" w:hAnsi="Calibri" w:eastAsia="宋体"/>
                <w:b w:val="0"/>
                <w:sz w:val="16"/>
              </w:rPr>
              <w:t>タイヤ</w:t>
            </w:r>
          </w:p>
        </w:tc>
        <w:tc>
          <w:tcPr>
            <w:tcW w:type="dxa" w:w="5112"/>
          </w:tcPr>
          <w:p>
            <w:r/>
            <w:r>
              <w:rPr>
                <w:rFonts w:ascii="Calibri" w:hAnsi="Calibri" w:eastAsia="宋体"/>
                <w:b w:val="0"/>
                <w:sz w:val="16"/>
              </w:rPr>
              <w:t>8.5インチ、空気入り</w:t>
            </w:r>
          </w:p>
        </w:tc>
      </w:tr>
      <w:tr>
        <w:tc>
          <w:tcPr>
            <w:tcW w:type="dxa" w:w="5112"/>
          </w:tcPr>
          <w:p>
            <w:r/>
            <w:r>
              <w:rPr>
                <w:rFonts w:ascii="Calibri" w:hAnsi="Calibri" w:eastAsia="宋体"/>
                <w:b w:val="0"/>
                <w:sz w:val="16"/>
              </w:rPr>
              <w:t>最大積載量</w:t>
            </w:r>
          </w:p>
        </w:tc>
        <w:tc>
          <w:tcPr>
            <w:tcW w:type="dxa" w:w="5112"/>
          </w:tcPr>
          <w:p>
            <w:r/>
            <w:r>
              <w:rPr>
                <w:rFonts w:ascii="Calibri" w:hAnsi="Calibri" w:eastAsia="宋体"/>
                <w:b w:val="0"/>
                <w:sz w:val="16"/>
              </w:rPr>
              <w:t>120 kg</w:t>
            </w:r>
          </w:p>
        </w:tc>
      </w:tr>
      <w:tr>
        <w:tc>
          <w:tcPr>
            <w:tcW w:type="dxa" w:w="5112"/>
          </w:tcPr>
          <w:p>
            <w:r/>
            <w:r>
              <w:rPr>
                <w:rFonts w:ascii="Calibri" w:hAnsi="Calibri" w:eastAsia="宋体"/>
                <w:b w:val="0"/>
                <w:sz w:val="16"/>
              </w:rPr>
              <w:t>最大登坂能力</w:t>
            </w:r>
          </w:p>
        </w:tc>
        <w:tc>
          <w:tcPr>
            <w:tcW w:type="dxa" w:w="5112"/>
          </w:tcPr>
          <w:p>
            <w:r/>
            <w:r>
              <w:rPr>
                <w:rFonts w:ascii="Calibri" w:hAnsi="Calibri" w:eastAsia="宋体"/>
                <w:b w:val="0"/>
                <w:sz w:val="16"/>
              </w:rPr>
              <w:t>15%</w:t>
            </w:r>
          </w:p>
        </w:tc>
      </w:tr>
      <w:tr>
        <w:tc>
          <w:tcPr>
            <w:tcW w:type="dxa" w:w="5112"/>
          </w:tcPr>
          <w:p>
            <w:r/>
            <w:r>
              <w:rPr>
                <w:rFonts w:ascii="Calibri" w:hAnsi="Calibri" w:eastAsia="宋体"/>
                <w:b w:val="0"/>
                <w:sz w:val="16"/>
              </w:rPr>
              <w:t>ブレーキ</w:t>
            </w:r>
          </w:p>
        </w:tc>
        <w:tc>
          <w:tcPr>
            <w:tcW w:type="dxa" w:w="5112"/>
          </w:tcPr>
          <w:p>
            <w:r/>
            <w:r>
              <w:rPr>
                <w:rFonts w:ascii="Calibri" w:hAnsi="Calibri" w:eastAsia="宋体"/>
                <w:b w:val="0"/>
                <w:sz w:val="16"/>
              </w:rPr>
              <w:t>ディスクブレーキ</w:t>
            </w:r>
          </w:p>
        </w:tc>
      </w:tr>
      <w:tr>
        <w:tc>
          <w:tcPr>
            <w:tcW w:type="dxa" w:w="5112"/>
          </w:tcPr>
          <w:p>
            <w:r/>
            <w:r>
              <w:rPr>
                <w:rFonts w:ascii="Calibri" w:hAnsi="Calibri" w:eastAsia="宋体"/>
                <w:b w:val="0"/>
                <w:sz w:val="16"/>
              </w:rPr>
              <w:t>ディスプレイ</w:t>
            </w:r>
          </w:p>
        </w:tc>
        <w:tc>
          <w:tcPr>
            <w:tcW w:type="dxa" w:w="5112"/>
          </w:tcPr>
          <w:p>
            <w:r/>
            <w:r>
              <w:rPr>
                <w:rFonts w:ascii="Calibri" w:hAnsi="Calibri" w:eastAsia="宋体"/>
                <w:b w:val="0"/>
                <w:sz w:val="16"/>
              </w:rPr>
              <w:t>LCD：速度、ギア、バッテリー残量、航続距離</w:t>
            </w:r>
          </w:p>
        </w:tc>
      </w:tr>
      <w:tr>
        <w:tc>
          <w:tcPr>
            <w:tcW w:type="dxa" w:w="5112"/>
          </w:tcPr>
          <w:p>
            <w:r/>
            <w:r>
              <w:rPr>
                <w:rFonts w:ascii="Calibri" w:hAnsi="Calibri" w:eastAsia="宋体"/>
                <w:b w:val="0"/>
                <w:sz w:val="16"/>
              </w:rPr>
              <w:t>ライトシステム</w:t>
            </w:r>
          </w:p>
        </w:tc>
        <w:tc>
          <w:tcPr>
            <w:tcW w:type="dxa" w:w="5112"/>
          </w:tcPr>
          <w:p>
            <w:r/>
            <w:r>
              <w:rPr>
                <w:rFonts w:ascii="Calibri" w:hAnsi="Calibri" w:eastAsia="宋体"/>
                <w:b w:val="0"/>
                <w:sz w:val="16"/>
              </w:rPr>
              <w:t>ヘッドライト / テールライト</w:t>
            </w:r>
          </w:p>
        </w:tc>
      </w:tr>
      <w:tr>
        <w:tc>
          <w:tcPr>
            <w:tcW w:type="dxa" w:w="5112"/>
          </w:tcPr>
          <w:p>
            <w:r/>
            <w:r>
              <w:rPr>
                <w:rFonts w:ascii="Calibri" w:hAnsi="Calibri" w:eastAsia="宋体"/>
                <w:b w:val="0"/>
                <w:sz w:val="16"/>
              </w:rPr>
              <w:t>素材</w:t>
            </w:r>
          </w:p>
        </w:tc>
        <w:tc>
          <w:tcPr>
            <w:tcW w:type="dxa" w:w="5112"/>
          </w:tcPr>
          <w:p>
            <w:r/>
            <w:r>
              <w:rPr>
                <w:rFonts w:ascii="Calibri" w:hAnsi="Calibri" w:eastAsia="宋体"/>
                <w:b w:val="0"/>
                <w:sz w:val="16"/>
              </w:rPr>
              <w:t>アルミニウム合金</w:t>
            </w:r>
          </w:p>
        </w:tc>
      </w:tr>
      <w:tr>
        <w:tc>
          <w:tcPr>
            <w:tcW w:type="dxa" w:w="5112"/>
          </w:tcPr>
          <w:p>
            <w:r/>
            <w:r>
              <w:rPr>
                <w:rFonts w:ascii="Calibri" w:hAnsi="Calibri" w:eastAsia="宋体"/>
                <w:b w:val="0"/>
                <w:sz w:val="16"/>
              </w:rPr>
              <w:t>サスペンション</w:t>
            </w:r>
          </w:p>
        </w:tc>
        <w:tc>
          <w:tcPr>
            <w:tcW w:type="dxa" w:w="5112"/>
          </w:tcPr>
          <w:p>
            <w:r/>
            <w:r>
              <w:rPr>
                <w:rFonts w:ascii="Calibri" w:hAnsi="Calibri" w:eastAsia="宋体"/>
                <w:b w:val="0"/>
                <w:sz w:val="16"/>
              </w:rPr>
              <w:t>スプリングショックアブソーバー</w:t>
            </w:r>
          </w:p>
        </w:tc>
      </w:tr>
      <w:tr>
        <w:tc>
          <w:tcPr>
            <w:tcW w:type="dxa" w:w="5112"/>
          </w:tcPr>
          <w:p>
            <w:r/>
            <w:r>
              <w:rPr>
                <w:rFonts w:ascii="Calibri" w:hAnsi="Calibri" w:eastAsia="宋体"/>
                <w:b w:val="0"/>
                <w:sz w:val="16"/>
              </w:rPr>
              <w:t>充電時間</w:t>
            </w:r>
          </w:p>
        </w:tc>
        <w:tc>
          <w:tcPr>
            <w:tcW w:type="dxa" w:w="5112"/>
          </w:tcPr>
          <w:p>
            <w:r/>
            <w:r>
              <w:rPr>
                <w:rFonts w:ascii="Calibri" w:hAnsi="Calibri" w:eastAsia="宋体"/>
                <w:b w:val="0"/>
                <w:sz w:val="16"/>
              </w:rPr>
              <w:t>4～5時間</w:t>
            </w:r>
          </w:p>
        </w:tc>
      </w:tr>
      <w:tr>
        <w:tc>
          <w:tcPr>
            <w:tcW w:type="dxa" w:w="5112"/>
          </w:tcPr>
          <w:p>
            <w:r/>
            <w:r>
              <w:rPr>
                <w:rFonts w:ascii="Calibri" w:hAnsi="Calibri" w:eastAsia="宋体"/>
                <w:b w:val="0"/>
                <w:sz w:val="16"/>
              </w:rPr>
              <w:t>折りたたみ</w:t>
            </w:r>
          </w:p>
        </w:tc>
        <w:tc>
          <w:tcPr>
            <w:tcW w:type="dxa" w:w="5112"/>
          </w:tcPr>
          <w:p>
            <w:r/>
            <w:r>
              <w:rPr>
                <w:rFonts w:ascii="Calibri" w:hAnsi="Calibri" w:eastAsia="宋体"/>
                <w:b w:val="0"/>
                <w:sz w:val="16"/>
              </w:rPr>
              <w:t>可能</w:t>
            </w:r>
          </w:p>
        </w:tc>
      </w:tr>
      <w:tr>
        <w:tc>
          <w:tcPr>
            <w:tcW w:type="dxa" w:w="5112"/>
          </w:tcPr>
          <w:p>
            <w:r/>
            <w:r>
              <w:rPr>
                <w:rFonts w:ascii="Calibri" w:hAnsi="Calibri" w:eastAsia="宋体"/>
                <w:b w:val="0"/>
                <w:sz w:val="16"/>
              </w:rPr>
              <w:t>シート</w:t>
            </w:r>
          </w:p>
        </w:tc>
        <w:tc>
          <w:tcPr>
            <w:tcW w:type="dxa" w:w="5112"/>
          </w:tcPr>
          <w:p>
            <w:r/>
            <w:r>
              <w:rPr>
                <w:rFonts w:ascii="Calibri" w:hAnsi="Calibri" w:eastAsia="宋体"/>
                <w:b w:val="0"/>
                <w:sz w:val="16"/>
              </w:rPr>
              <w:t>なし</w:t>
            </w:r>
          </w:p>
        </w:tc>
      </w:tr>
      <w:tr>
        <w:tc>
          <w:tcPr>
            <w:tcW w:type="dxa" w:w="5112"/>
          </w:tcPr>
          <w:p>
            <w:r/>
            <w:r>
              <w:rPr>
                <w:rFonts w:ascii="Calibri" w:hAnsi="Calibri" w:eastAsia="宋体"/>
                <w:b w:val="0"/>
                <w:sz w:val="16"/>
              </w:rPr>
              <w:t>対象年齢</w:t>
            </w:r>
          </w:p>
        </w:tc>
        <w:tc>
          <w:tcPr>
            <w:tcW w:type="dxa" w:w="5112"/>
          </w:tcPr>
          <w:p>
            <w:r/>
            <w:r>
              <w:rPr>
                <w:rFonts w:ascii="Calibri" w:hAnsi="Calibri" w:eastAsia="宋体"/>
                <w:b w:val="0"/>
                <w:sz w:val="16"/>
              </w:rPr>
              <w:t>16～50歳</w:t>
            </w:r>
          </w:p>
        </w:tc>
      </w:tr>
      <w:tr>
        <w:tc>
          <w:tcPr>
            <w:tcW w:type="dxa" w:w="5112"/>
          </w:tcPr>
          <w:p>
            <w:r/>
            <w:r>
              <w:rPr>
                <w:rFonts w:ascii="Calibri" w:hAnsi="Calibri" w:eastAsia="宋体"/>
                <w:b w:val="0"/>
                <w:sz w:val="16"/>
              </w:rPr>
              <w:t>正味重量 / 総重量</w:t>
            </w:r>
          </w:p>
        </w:tc>
        <w:tc>
          <w:tcPr>
            <w:tcW w:type="dxa" w:w="5112"/>
          </w:tcPr>
          <w:p>
            <w:r/>
            <w:r>
              <w:rPr>
                <w:rFonts w:ascii="Calibri" w:hAnsi="Calibri" w:eastAsia="宋体"/>
                <w:b w:val="0"/>
                <w:sz w:val="16"/>
              </w:rPr>
              <w:t>15.5 / 18 kg</w:t>
            </w:r>
          </w:p>
        </w:tc>
      </w:tr>
      <w:tr>
        <w:tc>
          <w:tcPr>
            <w:tcW w:type="dxa" w:w="5112"/>
          </w:tcPr>
          <w:p>
            <w:r/>
            <w:r>
              <w:rPr>
                <w:rFonts w:ascii="Calibri" w:hAnsi="Calibri" w:eastAsia="宋体"/>
                <w:b w:val="0"/>
                <w:sz w:val="16"/>
              </w:rPr>
              <w:t>梱包サイズ</w:t>
            </w:r>
          </w:p>
        </w:tc>
        <w:tc>
          <w:tcPr>
            <w:tcW w:type="dxa" w:w="5112"/>
          </w:tcPr>
          <w:p>
            <w:r/>
            <w:r>
              <w:rPr>
                <w:rFonts w:ascii="Calibri" w:hAnsi="Calibri" w:eastAsia="宋体"/>
                <w:b w:val="0"/>
                <w:sz w:val="16"/>
              </w:rPr>
              <w:t>1110 x 205 x 425 mm</w:t>
            </w:r>
          </w:p>
        </w:tc>
      </w:tr>
      <w:tr>
        <w:tc>
          <w:tcPr>
            <w:tcW w:type="dxa" w:w="5112"/>
          </w:tcPr>
          <w:p>
            <w:r/>
            <w:r>
              <w:rPr>
                <w:rFonts w:ascii="Calibri" w:hAnsi="Calibri" w:eastAsia="宋体"/>
                <w:b w:val="0"/>
                <w:sz w:val="16"/>
              </w:rPr>
              <w:t>展開サイズ</w:t>
            </w:r>
          </w:p>
        </w:tc>
        <w:tc>
          <w:tcPr>
            <w:tcW w:type="dxa" w:w="5112"/>
          </w:tcPr>
          <w:p>
            <w:r/>
            <w:r>
              <w:rPr>
                <w:rFonts w:ascii="Calibri" w:hAnsi="Calibri" w:eastAsia="宋体"/>
                <w:b w:val="0"/>
                <w:sz w:val="16"/>
              </w:rPr>
              <w:t>1110 x 500 x 1100 mm</w:t>
            </w:r>
          </w:p>
        </w:tc>
      </w:tr>
      <w:tr>
        <w:tc>
          <w:tcPr>
            <w:tcW w:type="dxa" w:w="5112"/>
          </w:tcPr>
          <w:p>
            <w:r/>
            <w:r>
              <w:rPr>
                <w:rFonts w:ascii="Calibri" w:hAnsi="Calibri" w:eastAsia="宋体"/>
                <w:b w:val="0"/>
                <w:sz w:val="16"/>
              </w:rPr>
              <w:t>積載数量</w:t>
            </w:r>
          </w:p>
        </w:tc>
        <w:tc>
          <w:tcPr>
            <w:tcW w:type="dxa" w:w="5112"/>
          </w:tcPr>
          <w:p>
            <w:r/>
            <w:r>
              <w:rPr>
                <w:rFonts w:ascii="Calibri" w:hAnsi="Calibri" w:eastAsia="宋体"/>
                <w:b w:val="0"/>
                <w:sz w:val="16"/>
              </w:rPr>
              <w:t>300台 / 20GP；700台 / 40HQ</w:t>
            </w:r>
          </w:p>
        </w:tc>
      </w:tr>
    </w:tbl>
    <w:p/>
    <w:p>
      <w:pPr>
        <w:pStyle w:val="Heading2"/>
      </w:pPr>
      <w:r>
        <w:rPr>
          <w:rFonts w:ascii="Calibri" w:hAnsi="Calibri" w:eastAsia="宋体"/>
          <w:b/>
          <w:sz w:val="26"/>
        </w:rPr>
        <w:t>G5</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モーター</w:t>
            </w:r>
          </w:p>
        </w:tc>
        <w:tc>
          <w:tcPr>
            <w:tcW w:type="dxa" w:w="5112"/>
          </w:tcPr>
          <w:p>
            <w:r/>
            <w:r>
              <w:rPr>
                <w:rFonts w:ascii="Calibri" w:hAnsi="Calibri" w:eastAsia="宋体"/>
                <w:b w:val="0"/>
                <w:sz w:val="16"/>
              </w:rPr>
              <w:t>500 W</w:t>
            </w:r>
          </w:p>
        </w:tc>
      </w:tr>
      <w:tr>
        <w:tc>
          <w:tcPr>
            <w:tcW w:type="dxa" w:w="5112"/>
          </w:tcPr>
          <w:p>
            <w:r/>
            <w:r>
              <w:rPr>
                <w:rFonts w:ascii="Calibri" w:hAnsi="Calibri" w:eastAsia="宋体"/>
                <w:b w:val="0"/>
                <w:sz w:val="16"/>
              </w:rPr>
              <w:t>バッテリー</w:t>
            </w:r>
          </w:p>
        </w:tc>
        <w:tc>
          <w:tcPr>
            <w:tcW w:type="dxa" w:w="5112"/>
          </w:tcPr>
          <w:p>
            <w:r/>
            <w:r>
              <w:rPr>
                <w:rFonts w:ascii="Calibri" w:hAnsi="Calibri" w:eastAsia="宋体"/>
                <w:b w:val="0"/>
                <w:sz w:val="16"/>
              </w:rPr>
              <w:t>48 V 16 Ah</w:t>
            </w:r>
          </w:p>
        </w:tc>
      </w:tr>
      <w:tr>
        <w:tc>
          <w:tcPr>
            <w:tcW w:type="dxa" w:w="5112"/>
          </w:tcPr>
          <w:p>
            <w:r/>
            <w:r>
              <w:rPr>
                <w:rFonts w:ascii="Calibri" w:hAnsi="Calibri" w:eastAsia="宋体"/>
                <w:b w:val="0"/>
                <w:sz w:val="16"/>
              </w:rPr>
              <w:t>充電電圧</w:t>
            </w:r>
          </w:p>
        </w:tc>
        <w:tc>
          <w:tcPr>
            <w:tcW w:type="dxa" w:w="5112"/>
          </w:tcPr>
          <w:p>
            <w:r/>
            <w:r>
              <w:rPr>
                <w:rFonts w:ascii="Calibri" w:hAnsi="Calibri" w:eastAsia="宋体"/>
                <w:b w:val="0"/>
                <w:sz w:val="16"/>
              </w:rPr>
              <w:t>54.6 V</w:t>
            </w:r>
          </w:p>
        </w:tc>
      </w:tr>
      <w:tr>
        <w:tc>
          <w:tcPr>
            <w:tcW w:type="dxa" w:w="5112"/>
          </w:tcPr>
          <w:p>
            <w:r/>
            <w:r>
              <w:rPr>
                <w:rFonts w:ascii="Calibri" w:hAnsi="Calibri" w:eastAsia="宋体"/>
                <w:b w:val="0"/>
                <w:sz w:val="16"/>
              </w:rPr>
              <w:t>最高速度</w:t>
            </w:r>
          </w:p>
        </w:tc>
        <w:tc>
          <w:tcPr>
            <w:tcW w:type="dxa" w:w="5112"/>
          </w:tcPr>
          <w:p>
            <w:r/>
            <w:r>
              <w:rPr>
                <w:rFonts w:ascii="Calibri" w:hAnsi="Calibri" w:eastAsia="宋体"/>
                <w:b w:val="0"/>
                <w:sz w:val="16"/>
              </w:rPr>
              <w:t>35 km/h</w:t>
            </w:r>
          </w:p>
        </w:tc>
      </w:tr>
      <w:tr>
        <w:tc>
          <w:tcPr>
            <w:tcW w:type="dxa" w:w="5112"/>
          </w:tcPr>
          <w:p>
            <w:r/>
            <w:r>
              <w:rPr>
                <w:rFonts w:ascii="Calibri" w:hAnsi="Calibri" w:eastAsia="宋体"/>
                <w:b w:val="0"/>
                <w:sz w:val="16"/>
              </w:rPr>
              <w:t>航続距離</w:t>
            </w:r>
          </w:p>
        </w:tc>
        <w:tc>
          <w:tcPr>
            <w:tcW w:type="dxa" w:w="5112"/>
          </w:tcPr>
          <w:p>
            <w:r/>
            <w:r>
              <w:rPr>
                <w:rFonts w:ascii="Calibri" w:hAnsi="Calibri" w:eastAsia="宋体"/>
                <w:b w:val="0"/>
                <w:sz w:val="16"/>
              </w:rPr>
              <w:t>50 km</w:t>
            </w:r>
          </w:p>
        </w:tc>
      </w:tr>
      <w:tr>
        <w:tc>
          <w:tcPr>
            <w:tcW w:type="dxa" w:w="5112"/>
          </w:tcPr>
          <w:p>
            <w:r/>
            <w:r>
              <w:rPr>
                <w:rFonts w:ascii="Calibri" w:hAnsi="Calibri" w:eastAsia="宋体"/>
                <w:b w:val="0"/>
                <w:sz w:val="16"/>
              </w:rPr>
              <w:t>タイヤ</w:t>
            </w:r>
          </w:p>
        </w:tc>
        <w:tc>
          <w:tcPr>
            <w:tcW w:type="dxa" w:w="5112"/>
          </w:tcPr>
          <w:p>
            <w:r/>
            <w:r>
              <w:rPr>
                <w:rFonts w:ascii="Calibri" w:hAnsi="Calibri" w:eastAsia="宋体"/>
                <w:b w:val="0"/>
                <w:sz w:val="16"/>
              </w:rPr>
              <w:t>10インチ、空気入り</w:t>
            </w:r>
          </w:p>
        </w:tc>
      </w:tr>
      <w:tr>
        <w:tc>
          <w:tcPr>
            <w:tcW w:type="dxa" w:w="5112"/>
          </w:tcPr>
          <w:p>
            <w:r/>
            <w:r>
              <w:rPr>
                <w:rFonts w:ascii="Calibri" w:hAnsi="Calibri" w:eastAsia="宋体"/>
                <w:b w:val="0"/>
                <w:sz w:val="16"/>
              </w:rPr>
              <w:t>最大積載量</w:t>
            </w:r>
          </w:p>
        </w:tc>
        <w:tc>
          <w:tcPr>
            <w:tcW w:type="dxa" w:w="5112"/>
          </w:tcPr>
          <w:p>
            <w:r/>
            <w:r>
              <w:rPr>
                <w:rFonts w:ascii="Calibri" w:hAnsi="Calibri" w:eastAsia="宋体"/>
                <w:b w:val="0"/>
                <w:sz w:val="16"/>
              </w:rPr>
              <w:t>120 kg</w:t>
            </w:r>
          </w:p>
        </w:tc>
      </w:tr>
      <w:tr>
        <w:tc>
          <w:tcPr>
            <w:tcW w:type="dxa" w:w="5112"/>
          </w:tcPr>
          <w:p>
            <w:r/>
            <w:r>
              <w:rPr>
                <w:rFonts w:ascii="Calibri" w:hAnsi="Calibri" w:eastAsia="宋体"/>
                <w:b w:val="0"/>
                <w:sz w:val="16"/>
              </w:rPr>
              <w:t>最大登坂能力</w:t>
            </w:r>
          </w:p>
        </w:tc>
        <w:tc>
          <w:tcPr>
            <w:tcW w:type="dxa" w:w="5112"/>
          </w:tcPr>
          <w:p>
            <w:r/>
            <w:r>
              <w:rPr>
                <w:rFonts w:ascii="Calibri" w:hAnsi="Calibri" w:eastAsia="宋体"/>
                <w:b w:val="0"/>
                <w:sz w:val="16"/>
              </w:rPr>
              <w:t>15%</w:t>
            </w:r>
          </w:p>
        </w:tc>
      </w:tr>
      <w:tr>
        <w:tc>
          <w:tcPr>
            <w:tcW w:type="dxa" w:w="5112"/>
          </w:tcPr>
          <w:p>
            <w:r/>
            <w:r>
              <w:rPr>
                <w:rFonts w:ascii="Calibri" w:hAnsi="Calibri" w:eastAsia="宋体"/>
                <w:b w:val="0"/>
                <w:sz w:val="16"/>
              </w:rPr>
              <w:t>ブレーキ</w:t>
            </w:r>
          </w:p>
        </w:tc>
        <w:tc>
          <w:tcPr>
            <w:tcW w:type="dxa" w:w="5112"/>
          </w:tcPr>
          <w:p>
            <w:r/>
            <w:r>
              <w:rPr>
                <w:rFonts w:ascii="Calibri" w:hAnsi="Calibri" w:eastAsia="宋体"/>
                <w:b w:val="0"/>
                <w:sz w:val="16"/>
              </w:rPr>
              <w:t>ディスクブレーキ</w:t>
            </w:r>
          </w:p>
        </w:tc>
      </w:tr>
      <w:tr>
        <w:tc>
          <w:tcPr>
            <w:tcW w:type="dxa" w:w="5112"/>
          </w:tcPr>
          <w:p>
            <w:r/>
            <w:r>
              <w:rPr>
                <w:rFonts w:ascii="Calibri" w:hAnsi="Calibri" w:eastAsia="宋体"/>
                <w:b w:val="0"/>
                <w:sz w:val="16"/>
              </w:rPr>
              <w:t>ディスプレイ</w:t>
            </w:r>
          </w:p>
        </w:tc>
        <w:tc>
          <w:tcPr>
            <w:tcW w:type="dxa" w:w="5112"/>
          </w:tcPr>
          <w:p>
            <w:r/>
            <w:r>
              <w:rPr>
                <w:rFonts w:ascii="Calibri" w:hAnsi="Calibri" w:eastAsia="宋体"/>
                <w:b w:val="0"/>
                <w:sz w:val="16"/>
              </w:rPr>
              <w:t>LCD：速度、ギア、バッテリー残量、航続距離</w:t>
            </w:r>
          </w:p>
        </w:tc>
      </w:tr>
      <w:tr>
        <w:tc>
          <w:tcPr>
            <w:tcW w:type="dxa" w:w="5112"/>
          </w:tcPr>
          <w:p>
            <w:r/>
            <w:r>
              <w:rPr>
                <w:rFonts w:ascii="Calibri" w:hAnsi="Calibri" w:eastAsia="宋体"/>
                <w:b w:val="0"/>
                <w:sz w:val="16"/>
              </w:rPr>
              <w:t>ライトシステム</w:t>
            </w:r>
          </w:p>
        </w:tc>
        <w:tc>
          <w:tcPr>
            <w:tcW w:type="dxa" w:w="5112"/>
          </w:tcPr>
          <w:p>
            <w:r/>
            <w:r>
              <w:rPr>
                <w:rFonts w:ascii="Calibri" w:hAnsi="Calibri" w:eastAsia="宋体"/>
                <w:b w:val="0"/>
                <w:sz w:val="16"/>
              </w:rPr>
              <w:t>ヘッドライト / ウインカー / サイドライト / テールライト</w:t>
            </w:r>
          </w:p>
        </w:tc>
      </w:tr>
      <w:tr>
        <w:tc>
          <w:tcPr>
            <w:tcW w:type="dxa" w:w="5112"/>
          </w:tcPr>
          <w:p>
            <w:r/>
            <w:r>
              <w:rPr>
                <w:rFonts w:ascii="Calibri" w:hAnsi="Calibri" w:eastAsia="宋体"/>
                <w:b w:val="0"/>
                <w:sz w:val="16"/>
              </w:rPr>
              <w:t>素材</w:t>
            </w:r>
          </w:p>
        </w:tc>
        <w:tc>
          <w:tcPr>
            <w:tcW w:type="dxa" w:w="5112"/>
          </w:tcPr>
          <w:p>
            <w:r/>
            <w:r>
              <w:rPr>
                <w:rFonts w:ascii="Calibri" w:hAnsi="Calibri" w:eastAsia="宋体"/>
                <w:b w:val="0"/>
                <w:sz w:val="16"/>
              </w:rPr>
              <w:t>アルミニウム合金</w:t>
            </w:r>
          </w:p>
        </w:tc>
      </w:tr>
      <w:tr>
        <w:tc>
          <w:tcPr>
            <w:tcW w:type="dxa" w:w="5112"/>
          </w:tcPr>
          <w:p>
            <w:r/>
            <w:r>
              <w:rPr>
                <w:rFonts w:ascii="Calibri" w:hAnsi="Calibri" w:eastAsia="宋体"/>
                <w:b w:val="0"/>
                <w:sz w:val="16"/>
              </w:rPr>
              <w:t>サスペンション</w:t>
            </w:r>
          </w:p>
        </w:tc>
        <w:tc>
          <w:tcPr>
            <w:tcW w:type="dxa" w:w="5112"/>
          </w:tcPr>
          <w:p>
            <w:r/>
            <w:r>
              <w:rPr>
                <w:rFonts w:ascii="Calibri" w:hAnsi="Calibri" w:eastAsia="宋体"/>
                <w:b w:val="0"/>
                <w:sz w:val="16"/>
              </w:rPr>
              <w:t>スプリングショックアブソーバー</w:t>
            </w:r>
          </w:p>
        </w:tc>
      </w:tr>
      <w:tr>
        <w:tc>
          <w:tcPr>
            <w:tcW w:type="dxa" w:w="5112"/>
          </w:tcPr>
          <w:p>
            <w:r/>
            <w:r>
              <w:rPr>
                <w:rFonts w:ascii="Calibri" w:hAnsi="Calibri" w:eastAsia="宋体"/>
                <w:b w:val="0"/>
                <w:sz w:val="16"/>
              </w:rPr>
              <w:t>充電時間</w:t>
            </w:r>
          </w:p>
        </w:tc>
        <w:tc>
          <w:tcPr>
            <w:tcW w:type="dxa" w:w="5112"/>
          </w:tcPr>
          <w:p>
            <w:r/>
            <w:r>
              <w:rPr>
                <w:rFonts w:ascii="Calibri" w:hAnsi="Calibri" w:eastAsia="宋体"/>
                <w:b w:val="0"/>
                <w:sz w:val="16"/>
              </w:rPr>
              <w:t>7～8時間</w:t>
            </w:r>
          </w:p>
        </w:tc>
      </w:tr>
      <w:tr>
        <w:tc>
          <w:tcPr>
            <w:tcW w:type="dxa" w:w="5112"/>
          </w:tcPr>
          <w:p>
            <w:r/>
            <w:r>
              <w:rPr>
                <w:rFonts w:ascii="Calibri" w:hAnsi="Calibri" w:eastAsia="宋体"/>
                <w:b w:val="0"/>
                <w:sz w:val="16"/>
              </w:rPr>
              <w:t>折りたたみ</w:t>
            </w:r>
          </w:p>
        </w:tc>
        <w:tc>
          <w:tcPr>
            <w:tcW w:type="dxa" w:w="5112"/>
          </w:tcPr>
          <w:p>
            <w:r/>
            <w:r>
              <w:rPr>
                <w:rFonts w:ascii="Calibri" w:hAnsi="Calibri" w:eastAsia="宋体"/>
                <w:b w:val="0"/>
                <w:sz w:val="16"/>
              </w:rPr>
              <w:t>可能</w:t>
            </w:r>
          </w:p>
        </w:tc>
      </w:tr>
      <w:tr>
        <w:tc>
          <w:tcPr>
            <w:tcW w:type="dxa" w:w="5112"/>
          </w:tcPr>
          <w:p>
            <w:r/>
            <w:r>
              <w:rPr>
                <w:rFonts w:ascii="Calibri" w:hAnsi="Calibri" w:eastAsia="宋体"/>
                <w:b w:val="0"/>
                <w:sz w:val="16"/>
              </w:rPr>
              <w:t>シート</w:t>
            </w:r>
          </w:p>
        </w:tc>
        <w:tc>
          <w:tcPr>
            <w:tcW w:type="dxa" w:w="5112"/>
          </w:tcPr>
          <w:p>
            <w:r/>
            <w:r>
              <w:rPr>
                <w:rFonts w:ascii="Calibri" w:hAnsi="Calibri" w:eastAsia="宋体"/>
                <w:b w:val="0"/>
                <w:sz w:val="16"/>
              </w:rPr>
              <w:t>なし</w:t>
            </w:r>
          </w:p>
        </w:tc>
      </w:tr>
      <w:tr>
        <w:tc>
          <w:tcPr>
            <w:tcW w:type="dxa" w:w="5112"/>
          </w:tcPr>
          <w:p>
            <w:r/>
            <w:r>
              <w:rPr>
                <w:rFonts w:ascii="Calibri" w:hAnsi="Calibri" w:eastAsia="宋体"/>
                <w:b w:val="0"/>
                <w:sz w:val="16"/>
              </w:rPr>
              <w:t>対象年齢</w:t>
            </w:r>
          </w:p>
        </w:tc>
        <w:tc>
          <w:tcPr>
            <w:tcW w:type="dxa" w:w="5112"/>
          </w:tcPr>
          <w:p>
            <w:r/>
            <w:r>
              <w:rPr>
                <w:rFonts w:ascii="Calibri" w:hAnsi="Calibri" w:eastAsia="宋体"/>
                <w:b w:val="0"/>
                <w:sz w:val="16"/>
              </w:rPr>
              <w:t>16～50歳</w:t>
            </w:r>
          </w:p>
        </w:tc>
      </w:tr>
      <w:tr>
        <w:tc>
          <w:tcPr>
            <w:tcW w:type="dxa" w:w="5112"/>
          </w:tcPr>
          <w:p>
            <w:r/>
            <w:r>
              <w:rPr>
                <w:rFonts w:ascii="Calibri" w:hAnsi="Calibri" w:eastAsia="宋体"/>
                <w:b w:val="0"/>
                <w:sz w:val="16"/>
              </w:rPr>
              <w:t>正味重量 / 総重量</w:t>
            </w:r>
          </w:p>
        </w:tc>
        <w:tc>
          <w:tcPr>
            <w:tcW w:type="dxa" w:w="5112"/>
          </w:tcPr>
          <w:p>
            <w:r/>
            <w:r>
              <w:rPr>
                <w:rFonts w:ascii="Calibri" w:hAnsi="Calibri" w:eastAsia="宋体"/>
                <w:b w:val="0"/>
                <w:sz w:val="16"/>
              </w:rPr>
              <w:t>23 / 26.5 kg</w:t>
            </w:r>
          </w:p>
        </w:tc>
      </w:tr>
      <w:tr>
        <w:tc>
          <w:tcPr>
            <w:tcW w:type="dxa" w:w="5112"/>
          </w:tcPr>
          <w:p>
            <w:r/>
            <w:r>
              <w:rPr>
                <w:rFonts w:ascii="Calibri" w:hAnsi="Calibri" w:eastAsia="宋体"/>
                <w:b w:val="0"/>
                <w:sz w:val="16"/>
              </w:rPr>
              <w:t>梱包サイズ</w:t>
            </w:r>
          </w:p>
        </w:tc>
        <w:tc>
          <w:tcPr>
            <w:tcW w:type="dxa" w:w="5112"/>
          </w:tcPr>
          <w:p>
            <w:r/>
            <w:r>
              <w:rPr>
                <w:rFonts w:ascii="Calibri" w:hAnsi="Calibri" w:eastAsia="宋体"/>
                <w:b w:val="0"/>
                <w:sz w:val="16"/>
              </w:rPr>
              <w:t>1185 x 270 x 490 mm</w:t>
            </w:r>
          </w:p>
        </w:tc>
      </w:tr>
      <w:tr>
        <w:tc>
          <w:tcPr>
            <w:tcW w:type="dxa" w:w="5112"/>
          </w:tcPr>
          <w:p>
            <w:r/>
            <w:r>
              <w:rPr>
                <w:rFonts w:ascii="Calibri" w:hAnsi="Calibri" w:eastAsia="宋体"/>
                <w:b w:val="0"/>
                <w:sz w:val="16"/>
              </w:rPr>
              <w:t>展開サイズ</w:t>
            </w:r>
          </w:p>
        </w:tc>
        <w:tc>
          <w:tcPr>
            <w:tcW w:type="dxa" w:w="5112"/>
          </w:tcPr>
          <w:p>
            <w:r/>
            <w:r>
              <w:rPr>
                <w:rFonts w:ascii="Calibri" w:hAnsi="Calibri" w:eastAsia="宋体"/>
                <w:b w:val="0"/>
                <w:sz w:val="16"/>
              </w:rPr>
              <w:t>1185 x 270 x 490 mm</w:t>
            </w:r>
          </w:p>
        </w:tc>
      </w:tr>
      <w:tr>
        <w:tc>
          <w:tcPr>
            <w:tcW w:type="dxa" w:w="5112"/>
          </w:tcPr>
          <w:p>
            <w:r/>
            <w:r>
              <w:rPr>
                <w:rFonts w:ascii="Calibri" w:hAnsi="Calibri" w:eastAsia="宋体"/>
                <w:b w:val="0"/>
                <w:sz w:val="16"/>
              </w:rPr>
              <w:t>積載数量</w:t>
            </w:r>
          </w:p>
        </w:tc>
        <w:tc>
          <w:tcPr>
            <w:tcW w:type="dxa" w:w="5112"/>
          </w:tcPr>
          <w:p>
            <w:r/>
            <w:r>
              <w:rPr>
                <w:rFonts w:ascii="Calibri" w:hAnsi="Calibri" w:eastAsia="宋体"/>
                <w:b w:val="0"/>
                <w:sz w:val="16"/>
              </w:rPr>
              <w:t>165台 / 20GP；400台 / 40HQ</w:t>
            </w:r>
          </w:p>
        </w:tc>
      </w:tr>
    </w:tbl>
    <w:p/>
    <w:p>
      <w:pPr>
        <w:pStyle w:val="Heading1"/>
      </w:pPr>
      <w:r>
        <w:rPr>
          <w:rFonts w:ascii="Calibri" w:hAnsi="Calibri" w:eastAsia="宋体"/>
          <w:b/>
          <w:sz w:val="32"/>
        </w:rPr>
        <w:t>4. アクセサリー</w:t>
      </w:r>
    </w:p>
    <w:p>
      <w:pPr>
        <w:pStyle w:val="Heading2"/>
      </w:pPr>
      <w:r>
        <w:rPr>
          <w:rFonts w:ascii="Calibri" w:hAnsi="Calibri" w:eastAsia="宋体"/>
          <w:b/>
          <w:sz w:val="26"/>
        </w:rPr>
        <w:t>Holder 01</w:t>
      </w:r>
    </w:p>
    <w:p>
      <w:r>
        <w:rPr>
          <w:rFonts w:ascii="Calibri" w:hAnsi="Calibri" w:eastAsia="宋体"/>
          <w:b w:val="0"/>
          <w:sz w:val="21"/>
        </w:rPr>
        <w:t>対応する2インチヒッチレシーバーを備えた車両に、モーターサイクル、電動バイク、電動ダートバイクを1台積載して輸送するためのヒッチマウント式キャリアラック。使用方法：2つのロックを解除し、キャリアラックを展開し、ストラップを外してモーターサイクルを押し下げます。</w:t>
      </w:r>
    </w:p>
    <w:tbl>
      <w:tblPr>
        <w:tblStyle w:val="TableGrid"/>
        <w:tblW w:type="auto" w:w="0"/>
        <w:jc w:val="center"/>
        <w:tblLook w:firstColumn="1" w:firstRow="1" w:lastColumn="0" w:lastRow="0" w:noHBand="0" w:noVBand="1" w:val="04A0"/>
      </w:tblPr>
      <w:tblGrid>
        <w:gridCol w:w="5112"/>
        <w:gridCol w:w="5112"/>
      </w:tblGrid>
      <w:tr>
        <w:tc>
          <w:tcPr>
            <w:tcW w:type="dxa" w:w="5112"/>
            <w:shd w:val="clear" w:fill="D9E2F3"/>
          </w:tcPr>
          <w:p>
            <w:r/>
            <w:r>
              <w:rPr>
                <w:rFonts w:ascii="Calibri" w:hAnsi="Calibri" w:eastAsia="宋体"/>
                <w:b/>
                <w:sz w:val="16"/>
              </w:rPr>
              <w:t>項目</w:t>
            </w:r>
          </w:p>
        </w:tc>
        <w:tc>
          <w:tcPr>
            <w:tcW w:type="dxa" w:w="5112"/>
            <w:shd w:val="clear" w:fill="D9E2F3"/>
          </w:tcPr>
          <w:p>
            <w:r/>
            <w:r>
              <w:rPr>
                <w:rFonts w:ascii="Calibri" w:hAnsi="Calibri" w:eastAsia="宋体"/>
                <w:b/>
                <w:sz w:val="16"/>
              </w:rPr>
              <w:t>仕様</w:t>
            </w:r>
          </w:p>
        </w:tc>
      </w:tr>
      <w:tr>
        <w:tc>
          <w:tcPr>
            <w:tcW w:type="dxa" w:w="5112"/>
          </w:tcPr>
          <w:p>
            <w:r/>
            <w:r>
              <w:rPr>
                <w:rFonts w:ascii="Calibri" w:hAnsi="Calibri" w:eastAsia="宋体"/>
                <w:b w:val="0"/>
                <w:sz w:val="16"/>
              </w:rPr>
              <w:t>用途</w:t>
            </w:r>
          </w:p>
        </w:tc>
        <w:tc>
          <w:tcPr>
            <w:tcW w:type="dxa" w:w="5112"/>
          </w:tcPr>
          <w:p>
            <w:r/>
            <w:r>
              <w:rPr>
                <w:rFonts w:ascii="Calibri" w:hAnsi="Calibri" w:eastAsia="宋体"/>
                <w:b w:val="0"/>
                <w:sz w:val="16"/>
              </w:rPr>
              <w:t>対応する2インチヒッチレシーバーを備えた車両で、モーターサイクル、電動バイク、電動ダートバイクを1台輸送</w:t>
            </w:r>
          </w:p>
        </w:tc>
      </w:tr>
      <w:tr>
        <w:tc>
          <w:tcPr>
            <w:tcW w:type="dxa" w:w="5112"/>
          </w:tcPr>
          <w:p>
            <w:r/>
            <w:r>
              <w:rPr>
                <w:rFonts w:ascii="Calibri" w:hAnsi="Calibri" w:eastAsia="宋体"/>
                <w:b w:val="0"/>
                <w:sz w:val="16"/>
              </w:rPr>
              <w:t>適合範囲</w:t>
            </w:r>
          </w:p>
        </w:tc>
        <w:tc>
          <w:tcPr>
            <w:tcW w:type="dxa" w:w="5112"/>
          </w:tcPr>
          <w:p>
            <w:r/>
            <w:r>
              <w:rPr>
                <w:rFonts w:ascii="Calibri" w:hAnsi="Calibri" w:eastAsia="宋体"/>
                <w:b w:val="0"/>
                <w:sz w:val="16"/>
              </w:rPr>
              <w:t>ホイールベース 103～128 cm（40.5～50.4 in）</w:t>
            </w:r>
          </w:p>
        </w:tc>
      </w:tr>
      <w:tr>
        <w:tc>
          <w:tcPr>
            <w:tcW w:type="dxa" w:w="5112"/>
          </w:tcPr>
          <w:p>
            <w:r/>
            <w:r>
              <w:rPr>
                <w:rFonts w:ascii="Calibri" w:hAnsi="Calibri" w:eastAsia="宋体"/>
                <w:b w:val="0"/>
                <w:sz w:val="16"/>
              </w:rPr>
              <w:t>製品サイズ</w:t>
            </w:r>
          </w:p>
        </w:tc>
        <w:tc>
          <w:tcPr>
            <w:tcW w:type="dxa" w:w="5112"/>
          </w:tcPr>
          <w:p>
            <w:r/>
            <w:r>
              <w:rPr>
                <w:rFonts w:ascii="Calibri" w:hAnsi="Calibri" w:eastAsia="宋体"/>
                <w:b w:val="0"/>
                <w:sz w:val="16"/>
              </w:rPr>
              <w:t>1420 x 600 x 850 mm</w:t>
            </w:r>
          </w:p>
        </w:tc>
      </w:tr>
      <w:tr>
        <w:tc>
          <w:tcPr>
            <w:tcW w:type="dxa" w:w="5112"/>
          </w:tcPr>
          <w:p>
            <w:r/>
            <w:r>
              <w:rPr>
                <w:rFonts w:ascii="Calibri" w:hAnsi="Calibri" w:eastAsia="宋体"/>
                <w:b w:val="0"/>
                <w:sz w:val="16"/>
              </w:rPr>
              <w:t>素材</w:t>
            </w:r>
          </w:p>
        </w:tc>
        <w:tc>
          <w:tcPr>
            <w:tcW w:type="dxa" w:w="5112"/>
          </w:tcPr>
          <w:p>
            <w:r/>
            <w:r>
              <w:rPr>
                <w:rFonts w:ascii="Calibri" w:hAnsi="Calibri" w:eastAsia="宋体"/>
                <w:b w:val="0"/>
                <w:sz w:val="16"/>
              </w:rPr>
              <w:t>6061アルミニウム合金および強化鋼</w:t>
            </w:r>
          </w:p>
        </w:tc>
      </w:tr>
      <w:tr>
        <w:tc>
          <w:tcPr>
            <w:tcW w:type="dxa" w:w="5112"/>
          </w:tcPr>
          <w:p>
            <w:r/>
            <w:r>
              <w:rPr>
                <w:rFonts w:ascii="Calibri" w:hAnsi="Calibri" w:eastAsia="宋体"/>
                <w:b w:val="0"/>
                <w:sz w:val="16"/>
              </w:rPr>
              <w:t>最大積載量</w:t>
            </w:r>
          </w:p>
        </w:tc>
        <w:tc>
          <w:tcPr>
            <w:tcW w:type="dxa" w:w="5112"/>
          </w:tcPr>
          <w:p>
            <w:r/>
            <w:r>
              <w:rPr>
                <w:rFonts w:ascii="Calibri" w:hAnsi="Calibri" w:eastAsia="宋体"/>
                <w:b w:val="0"/>
                <w:sz w:val="16"/>
              </w:rPr>
              <w:t>265 lbs</w:t>
            </w:r>
          </w:p>
        </w:tc>
      </w:tr>
      <w:tr>
        <w:tc>
          <w:tcPr>
            <w:tcW w:type="dxa" w:w="5112"/>
          </w:tcPr>
          <w:p>
            <w:r/>
            <w:r>
              <w:rPr>
                <w:rFonts w:ascii="Calibri" w:hAnsi="Calibri" w:eastAsia="宋体"/>
                <w:b w:val="0"/>
                <w:sz w:val="16"/>
              </w:rPr>
              <w:t>正味重量</w:t>
            </w:r>
          </w:p>
        </w:tc>
        <w:tc>
          <w:tcPr>
            <w:tcW w:type="dxa" w:w="5112"/>
          </w:tcPr>
          <w:p>
            <w:r/>
            <w:r>
              <w:rPr>
                <w:rFonts w:ascii="Calibri" w:hAnsi="Calibri" w:eastAsia="宋体"/>
                <w:b w:val="0"/>
                <w:sz w:val="16"/>
              </w:rPr>
              <w:t>71.5 lbs</w:t>
            </w:r>
          </w:p>
        </w:tc>
      </w:tr>
      <w:tr>
        <w:tc>
          <w:tcPr>
            <w:tcW w:type="dxa" w:w="5112"/>
          </w:tcPr>
          <w:p>
            <w:r/>
            <w:r>
              <w:rPr>
                <w:rFonts w:ascii="Calibri" w:hAnsi="Calibri" w:eastAsia="宋体"/>
                <w:b w:val="0"/>
                <w:sz w:val="16"/>
              </w:rPr>
              <w:t>総重量</w:t>
            </w:r>
          </w:p>
        </w:tc>
        <w:tc>
          <w:tcPr>
            <w:tcW w:type="dxa" w:w="5112"/>
          </w:tcPr>
          <w:p>
            <w:r/>
            <w:r>
              <w:rPr>
                <w:rFonts w:ascii="Calibri" w:hAnsi="Calibri" w:eastAsia="宋体"/>
                <w:b w:val="0"/>
                <w:sz w:val="16"/>
              </w:rPr>
              <w:t>76 lbs</w:t>
            </w:r>
          </w:p>
        </w:tc>
      </w:tr>
      <w:tr>
        <w:tc>
          <w:tcPr>
            <w:tcW w:type="dxa" w:w="5112"/>
          </w:tcPr>
          <w:p>
            <w:r/>
            <w:r>
              <w:rPr>
                <w:rFonts w:ascii="Calibri" w:hAnsi="Calibri" w:eastAsia="宋体"/>
                <w:b w:val="0"/>
                <w:sz w:val="16"/>
              </w:rPr>
              <w:t>梱包サイズ</w:t>
            </w:r>
          </w:p>
        </w:tc>
        <w:tc>
          <w:tcPr>
            <w:tcW w:type="dxa" w:w="5112"/>
          </w:tcPr>
          <w:p>
            <w:r/>
            <w:r>
              <w:rPr>
                <w:rFonts w:ascii="Calibri" w:hAnsi="Calibri" w:eastAsia="宋体"/>
                <w:b w:val="0"/>
                <w:sz w:val="16"/>
              </w:rPr>
              <w:t>1030 x 540 x 260 mm</w:t>
            </w:r>
          </w:p>
        </w:tc>
      </w:tr>
    </w:tbl>
    <w:p/>
    <w:p>
      <w:pPr>
        <w:pStyle w:val="Heading1"/>
      </w:pPr>
      <w:r>
        <w:rPr>
          <w:rFonts w:ascii="Calibri" w:hAnsi="Calibri" w:eastAsia="宋体"/>
          <w:b/>
          <w:sz w:val="32"/>
        </w:rPr>
        <w:t>お問い合わせ</w:t>
      </w:r>
    </w:p>
    <w:p>
      <w:pPr>
        <w:pStyle w:val="ListBullet"/>
      </w:pPr>
      <w:r>
        <w:rPr>
          <w:rFonts w:ascii="Calibri" w:hAnsi="Calibri" w:eastAsia="宋体"/>
          <w:b w:val="0"/>
          <w:sz w:val="21"/>
        </w:rPr>
        <w:t>メール：gosanya@gmail.com</w:t>
      </w:r>
    </w:p>
    <w:p>
      <w:pPr>
        <w:pStyle w:val="ListBullet"/>
      </w:pPr>
      <w:r>
        <w:rPr>
          <w:rFonts w:ascii="Calibri" w:hAnsi="Calibri" w:eastAsia="宋体"/>
          <w:b w:val="0"/>
          <w:sz w:val="21"/>
        </w:rPr>
        <w:t>WhatsApp：+86 139 2516 5566（wa.me/8613925165566）</w:t>
      </w:r>
    </w:p>
    <w:p>
      <w:pPr>
        <w:pStyle w:val="ListBullet"/>
      </w:pPr>
      <w:r>
        <w:rPr>
          <w:rFonts w:ascii="Calibri" w:hAnsi="Calibri" w:eastAsia="宋体"/>
          <w:b w:val="0"/>
          <w:sz w:val="21"/>
        </w:rPr>
        <w:t>住所：中国海南省海口市龍華区世貿中心C座1201室</w:t>
      </w:r>
    </w:p>
    <w:p>
      <w:pPr>
        <w:pStyle w:val="ListBullet"/>
      </w:pPr>
      <w:r>
        <w:rPr>
          <w:rFonts w:ascii="Calibri" w:hAnsi="Calibri" w:eastAsia="宋体"/>
          <w:b w:val="0"/>
          <w:sz w:val="21"/>
        </w:rPr>
        <w:t>24時間以内に返信いたします。</w:t>
      </w:r>
    </w:p>
    <w:sectPr w:rsidR="00FC693F" w:rsidRPr="0006063C" w:rsidSect="00034616">
      <w:pgSz w:w="12240" w:h="15840"/>
      <w:pgMar w:top="1152"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