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Produktkatalog Elektromobilität 2026</w:t>
      </w:r>
    </w:p>
    <w:p>
      <w:pPr>
        <w:pStyle w:val="Heading2"/>
      </w:pPr>
      <w:r>
        <w:rPr>
          <w:rFonts w:ascii="Calibri" w:hAnsi="Calibri"/>
          <w:b/>
          <w:sz w:val="26"/>
        </w:rPr>
        <w:t>CNVera</w:t>
      </w:r>
    </w:p>
    <w:p>
      <w:r>
        <w:rPr>
          <w:rFonts w:ascii="Calibri" w:hAnsi="Calibri"/>
          <w:b w:val="0"/>
          <w:sz w:val="21"/>
        </w:rPr>
        <w:t>CNVera ist ein Exporteur mit Sitz in Haikou, Hainan, China. Unser Industriesortiment umfasst Spezialschmierstoffe und – wie dieser Katalog zeigt – persönliche Elektromobilität: elektrische Dirtbikes, Elektrofahrräder und Elektroroller für Freizeit, Sport und den Stadtverkehr. Wir beliefern Distributoren, Einzelhändler und Flottenkunden weltweit – mit Exportverpackung, gemischter Containerbeladung mehrerer Modelle und Unterstützung bei der Dokumentation.</w:t>
      </w:r>
    </w:p>
    <w:p>
      <w:pPr>
        <w:pStyle w:val="Heading2"/>
      </w:pPr>
      <w:r>
        <w:rPr>
          <w:rFonts w:ascii="Calibri" w:hAnsi="Calibri"/>
          <w:b/>
          <w:sz w:val="26"/>
        </w:rPr>
        <w:t>Sortimentsübersicht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Elektrische Dirtbikes: Wish 01 SE, Wish 01 EEC, Wish 01 mini, Wish 01 plus, Wish 01 pro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Elektrofahrräder: T01, T01 pro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Elektroroller: G2 MAX, G2 booster, M2 pro, G5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Zubehör: Holder 01 Trägergestell für Anhängerkupplung</w:t>
      </w:r>
    </w:p>
    <w:p>
      <w:pPr>
        <w:pStyle w:val="Heading2"/>
      </w:pPr>
      <w:r>
        <w:rPr>
          <w:rFonts w:ascii="Calibri" w:hAnsi="Calibri"/>
          <w:b/>
          <w:sz w:val="26"/>
        </w:rPr>
        <w:t>Zertifizierungen und Qualität</w:t>
      </w:r>
    </w:p>
    <w:p>
      <w:r>
        <w:rPr>
          <w:rFonts w:ascii="Calibri" w:hAnsi="Calibri"/>
          <w:b w:val="0"/>
          <w:sz w:val="21"/>
        </w:rPr>
        <w:t>Die Produkte in diesem Katalog sind für ihre Zielmärkte geprüft und zertifiziert, einschließlich der Anforderungen von CE, RoHS und FCC; SGS-Prüfberichte sind auf Anfrage erhältlich. Das Sortiment ist durch mehr als 40 Gebrauchsmusterpatente geschützt. Die vollständige Dokumentation wird auf Anfrage mit Exportaufträgen bereitgestellt.</w:t>
      </w:r>
    </w:p>
    <w:p>
      <w:r>
        <w:rPr>
          <w:rFonts w:ascii="Calibri" w:hAnsi="Calibri"/>
          <w:b w:val="0"/>
          <w:sz w:val="21"/>
        </w:rPr>
        <w:t>Die nachstehenden Spezifikationen entsprechen den Datenblättern des Herstellers und können ohne vorherige Ankündigung geändert werden. Kontaktieren Sie uns für aktuelle Preise, Mindestbestellmengen und OEM-Optionen.</w:t>
      </w:r>
    </w:p>
    <w:p>
      <w:pPr>
        <w:pStyle w:val="Heading1"/>
      </w:pPr>
      <w:r>
        <w:rPr>
          <w:rFonts w:ascii="Calibri" w:hAnsi="Calibri"/>
          <w:b/>
          <w:sz w:val="32"/>
        </w:rPr>
        <w:t>1. Elektrische Dirtbikes</w:t>
      </w:r>
    </w:p>
    <w:p>
      <w:pPr>
        <w:pStyle w:val="Heading2"/>
      </w:pPr>
      <w:r>
        <w:rPr>
          <w:rFonts w:ascii="Calibri" w:hAnsi="Calibri"/>
          <w:b/>
          <w:sz w:val="26"/>
        </w:rPr>
        <w:t>Wish 01 SE</w:t>
      </w:r>
    </w:p>
    <w:p>
      <w:r>
        <w:rPr>
          <w:rFonts w:ascii="Calibri" w:hAnsi="Calibri"/>
          <w:b w:val="0"/>
          <w:sz w:val="21"/>
        </w:rPr>
        <w:t>Elektrisches Dirtbike für Freizeitfahrten im Gelände, Rahmen aus Aluminiumlegierung, Hydraulikbremsen vorne und hinten.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kW (Nennleistung 1.2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20.8 Ah (Optionen 22.5 Ah / 27 Ah)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54.6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 inch (vorne) / 12 inch (hinten),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Hydraulikbremse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Ohne Scheinwerfer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Hydraulischer Stoßdämpfer; (hinten) verstellbarer hydraulischer Stickstoff-Stoßdämpfer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/ 57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1300 x 300 x 770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1510 x 780 x 1000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249 pcs / 40HQ (Normalverpackung); 213 pcs / 40HQ (Gesamtverpackung)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EEC</w:t>
      </w:r>
    </w:p>
    <w:p>
      <w:r>
        <w:rPr>
          <w:rFonts w:ascii="Calibri" w:hAnsi="Calibri"/>
          <w:b w:val="0"/>
          <w:sz w:val="21"/>
        </w:rPr>
        <w:t>Straßentaugliche Version des Wish 01 mit vollständiger Beleuchtung (Scheinwerfer, Rücklicht und Blinker) für Märkte, die dies erfordern.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kW (Nennleistung 1.2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20.8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54.6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 inch (vorne) / 12 inch (hinten),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Hydraulikbremse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 / Rücklicht / Blinker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Hydraulischer Stoßdämpfer; (hinten) verstellbarer hydraulischer Stickstoff-Stoßdämpfer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/ 55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1276 x 276 x 745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1510 x 780 x 1000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104 pcs / 20GP; 249 pcs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mini</w:t>
      </w:r>
    </w:p>
    <w:p>
      <w:r>
        <w:rPr>
          <w:rFonts w:ascii="Calibri" w:hAnsi="Calibri"/>
          <w:b w:val="0"/>
          <w:sz w:val="21"/>
        </w:rPr>
        <w:t>Elektrisches Junior-Dirtbike, in Größe und Leistung auf jüngere Fahrer ausgelegt.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kW (Nennleistung 0.5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10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 km/h (22 mph)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 km (50 kg Zuladung, unter 25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inch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Scheibenbremse + elektrische 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6061 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Hydraulikgabel, Federweg 140 mm; (hinten) Federfederung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 Stunden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Sitzhöhe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Höhe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740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25 / 30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Antrieb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Nabe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Radstand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830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Bodenfreiheit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220 mm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plus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 kW (Nennleistung 1.5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52 V 27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72 km/h (45 mph)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 km (65 kg Zuladung, unter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 (vorne) / 12 (hinten) inch, oder 17 (vorne) / 14 (hinten) inch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 (265 lbs)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Hydraulikbremse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6061 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Hydraulikgabel, Federweg 160 mm; (hinten) verstellbarer hydraulischer Stickstoff-Stoßdämpfer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 Stunden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Sitzhöhe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Höhe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 / 63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Antrieb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Kettenantrieb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Radstand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Bodenfreiheit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280 mm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pro</w:t>
      </w:r>
    </w:p>
    <w:p>
      <w:r>
        <w:rPr>
          <w:rFonts w:ascii="Calibri" w:hAnsi="Calibri"/>
          <w:b w:val="0"/>
          <w:sz w:val="21"/>
        </w:rPr>
        <w:t>Flaggschiff der Wish 01-Linie, mit 60 V 35 Ah Akku mit LG-Zellen und 5 kW Spitzenleistung.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 kW (Nennleistung 2.5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 V 35 Ah (LG-Zellen)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 km/h (50 mph)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 km (65 kg Zuladung, unter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17 (vorne) / 14 (hinten) inch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 (330 lbs)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Hydraulikbremse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6061 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Hydraulikgabel, Federweg 160 mm; (hinten) verstellbarer hydraulischer Stickstoff-Stoßdämpfer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 Stunden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Sitzhöhe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Höhe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56 / 61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Antrieb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Kettenantrieb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Radstand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Bodenfreiheit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280 mm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2. Elektrofahrräder</w:t>
      </w:r>
    </w:p>
    <w:p>
      <w:pPr>
        <w:pStyle w:val="Heading2"/>
      </w:pPr>
      <w:r>
        <w:rPr>
          <w:rFonts w:ascii="Calibri" w:hAnsi="Calibri"/>
          <w:b/>
          <w:sz w:val="26"/>
        </w:rPr>
        <w:t>T01</w:t>
      </w:r>
    </w:p>
    <w:p>
      <w:r>
        <w:rPr>
          <w:rFonts w:ascii="Calibri" w:hAnsi="Calibri"/>
          <w:b w:val="0"/>
          <w:sz w:val="21"/>
        </w:rPr>
        <w:t>Elektrofahrrad im Moto-Stil mit 20-inch-Luftreifen und Vollfederung.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kW (Nennleistung 0.5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15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54.6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 km (65 kg Zuladung, unter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20 inch,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Hydraulikbremse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Öl-Stoßdämpfer; (hinten) Luft-Stoßdämpfer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/ 42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1440 x 300 x 820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1710 x 650 x 1110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72 pcs / 20GP; 185 pcs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T01 pro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3000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52 V 25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58.8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70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100 km (65 kg Zuladung, unter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20 inch,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Hydraulikbremse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(vorne) Öl-Stoßdämpfer; (hinten) Luft-Stoßdämpfer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8–9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/ 55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1195 x 275 x 490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575 x 1150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176 pcs / 40HQ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Elektroroller</w:t>
      </w:r>
    </w:p>
    <w:p>
      <w:pPr>
        <w:pStyle w:val="Heading2"/>
      </w:pPr>
      <w:r>
        <w:rPr>
          <w:rFonts w:ascii="Calibri" w:hAnsi="Calibri"/>
          <w:b/>
          <w:sz w:val="26"/>
        </w:rPr>
        <w:t>G2 MAX</w:t>
      </w:r>
    </w:p>
    <w:p>
      <w:r>
        <w:rPr>
          <w:rFonts w:ascii="Calibri" w:hAnsi="Calibri"/>
          <w:b w:val="0"/>
          <w:sz w:val="21"/>
        </w:rPr>
        <w:t>Klappbarer Elektroroller im Offroad-Stil, mit einem Motor.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1050 W – 1200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18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54.6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53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45–60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inch, schlauchloser 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Scheibenbremse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 / Seitenlicht / Rücklicht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9–10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26.95 / 30.95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270 x 600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240 x 1320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128 pcs / 20GP; 350 pcs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G2 booster</w:t>
      </w:r>
    </w:p>
    <w:p>
      <w:r>
        <w:rPr>
          <w:rFonts w:ascii="Calibri" w:hAnsi="Calibri"/>
          <w:b w:val="0"/>
          <w:sz w:val="21"/>
        </w:rPr>
        <w:t>Version des G2 mit zwei Motoren für stärkere Steigfähigkeit und Beschleunigung.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900 W – 1000 W x 2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52 V 22.5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58.8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60–65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40–65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inch,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Scheibenbremse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 / Seitenlicht / Rücklicht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10–11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32 / 37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270 x 600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270 x 1270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128 pcs / 20GP; 350 pcs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M2 pro</w:t>
      </w:r>
    </w:p>
    <w:p>
      <w:r>
        <w:rPr>
          <w:rFonts w:ascii="Calibri" w:hAnsi="Calibri"/>
          <w:b w:val="0"/>
          <w:sz w:val="21"/>
        </w:rPr>
        <w:t>Leichter, klappbarer Pendlerroller für die letzte Meile in der Stadt.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36 V 7.5 Ah / 36 V 10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42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25–30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8.5 inch,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Scheibenbremse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 / Rücklicht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4–5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15.5 / 18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1110 x 205 x 425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1110 x 500 x 1100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300 pcs / 20GP; 700 pcs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Akku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16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Ladespannung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54.6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Höchstgeschwindigkeit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Reichweite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Reifen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inch, Luftreifen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Steigung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Bremse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Scheibenbremse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Display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Geschwindigkeit, Gang, Akku, Reichweite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Beleuchtung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Scheinwerfer / Blinker / Seitenlicht / Rücklicht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Aluminiumlegierung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Federstoßdämpfer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Ladezeit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Std.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Klappbar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Ja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Sitz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Nein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Geeignetes Alter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Jahre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NG / BG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23 / 26.5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Kartonmaß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1185 x 270 x 490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Maß (ausgeklappt)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1185 x 270 x 490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Lademenge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165 pcs / 20GP; 400 pcs / 40HQ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4. Zubehör</w:t>
      </w:r>
    </w:p>
    <w:p>
      <w:pPr>
        <w:pStyle w:val="Heading2"/>
      </w:pPr>
      <w:r>
        <w:rPr>
          <w:rFonts w:ascii="Calibri" w:hAnsi="Calibri"/>
          <w:b/>
          <w:sz w:val="26"/>
        </w:rPr>
        <w:t>Holder 01</w:t>
      </w:r>
    </w:p>
    <w:p>
      <w:r>
        <w:rPr>
          <w:rFonts w:ascii="Calibri" w:hAnsi="Calibri"/>
          <w:b w:val="0"/>
          <w:sz w:val="21"/>
        </w:rPr>
        <w:t>Trägergestell für die Anhängerkupplung zum Transport eines Motorrads, E-Bikes oder elektrischen Dirtbikes auf einem Fahrzeug mit kompatibler 2-inch-Anhängerkupplungsaufnahme. Anwendung: die beiden Schlösser entriegeln, das Trägergestell aufklappen, die Gurte lösen und das Motorrad herunterschieben.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Spezifikation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Ausgelegt für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Transport eines Motorrads, E-Bikes oder elektrischen Dirtbikes auf einem Fahrzeug mit kompatibler 2-inch-Anhängerkupplungsaufnahme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Geeignet für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Radstandbereich 103 bis 128 cm (40.5 bis 50.4 in)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Produktmaß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1420 x 600 x 850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6061 Aluminiumlegierung und verstärkter Stahl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Max. Zuladung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265 lbs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Nettogewicht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71.5 lbs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Bruttogewicht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76 lbs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Verpackungsmaß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1030 x 540 x 260 mm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Kontakt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E-Mail: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WhatsApp: +86 139 2516 5566 (wa.me/8613925165566)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Adresse: Raum 1201, Block C, Shimao Center, Bezirk Longhua, Haikou, Hainan, China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Wir antworten innerhalb von 24 Stunden.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